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C70FB2" w14:textId="66A423E9" w:rsidR="00846769" w:rsidRPr="0025787A" w:rsidRDefault="00846769" w:rsidP="0025787A">
      <w:pPr>
        <w:pStyle w:val="Ttulo1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846769">
        <w:rPr>
          <w:rFonts w:ascii="Calibri" w:hAnsi="Calibri" w:cs="Calibri"/>
          <w:color w:val="000000" w:themeColor="text1"/>
          <w:sz w:val="22"/>
          <w:szCs w:val="22"/>
        </w:rPr>
        <w:t xml:space="preserve">ANEXO </w:t>
      </w:r>
      <w:r w:rsidR="0012041F">
        <w:rPr>
          <w:rFonts w:ascii="Calibri" w:hAnsi="Calibri" w:cs="Calibri"/>
          <w:color w:val="000000" w:themeColor="text1"/>
          <w:sz w:val="22"/>
          <w:szCs w:val="22"/>
        </w:rPr>
        <w:t>II</w:t>
      </w:r>
      <w:r w:rsidRPr="00846769">
        <w:rPr>
          <w:rFonts w:ascii="Calibri" w:hAnsi="Calibri" w:cs="Calibri"/>
          <w:color w:val="000000" w:themeColor="text1"/>
          <w:sz w:val="22"/>
          <w:szCs w:val="22"/>
        </w:rPr>
        <w:t xml:space="preserve"> – FORMULARIO DE PRESUPUESTO</w:t>
      </w:r>
    </w:p>
    <w:p w14:paraId="4F2C3888" w14:textId="40409B63" w:rsidR="00493D4F" w:rsidRPr="0025787A" w:rsidRDefault="00000000">
      <w:pPr>
        <w:pStyle w:val="Ttulo1"/>
        <w:rPr>
          <w:rFonts w:ascii="Calibri" w:hAnsi="Calibri" w:cs="Calibri"/>
          <w:color w:val="000000" w:themeColor="text1"/>
          <w:sz w:val="22"/>
          <w:szCs w:val="22"/>
        </w:rPr>
      </w:pPr>
      <w:r w:rsidRPr="0025787A">
        <w:rPr>
          <w:rFonts w:ascii="Calibri" w:hAnsi="Calibri" w:cs="Calibri"/>
          <w:color w:val="000000" w:themeColor="text1"/>
          <w:sz w:val="22"/>
          <w:szCs w:val="22"/>
        </w:rPr>
        <w:t>I. IDENTIFICACIÓN DEL PROYECTO</w:t>
      </w:r>
    </w:p>
    <w:p w14:paraId="6E819258" w14:textId="77777777" w:rsidR="00493D4F" w:rsidRPr="00846769" w:rsidRDefault="00000000">
      <w:pPr>
        <w:pStyle w:val="Instruction"/>
        <w:rPr>
          <w:rFonts w:cs="Calibri"/>
          <w:color w:val="000000" w:themeColor="text1"/>
          <w:sz w:val="20"/>
          <w:szCs w:val="20"/>
          <w:lang w:val="es-ES_tradnl"/>
        </w:rPr>
      </w:pPr>
      <w:r w:rsidRPr="00846769">
        <w:rPr>
          <w:rFonts w:cs="Calibri"/>
          <w:color w:val="000000" w:themeColor="text1"/>
          <w:sz w:val="20"/>
          <w:szCs w:val="20"/>
          <w:lang w:val="es-ES_tradnl"/>
        </w:rPr>
        <w:t>Complete todos los antecedentes solicitados. El monto indicado debe coincidir con el total del resumen presupuestario.</w:t>
      </w:r>
    </w:p>
    <w:tbl>
      <w:tblPr>
        <w:tblStyle w:val="Tablaconcuadrcula"/>
        <w:tblW w:w="12764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818"/>
        <w:gridCol w:w="8946"/>
      </w:tblGrid>
      <w:tr w:rsidR="00493D4F" w:rsidRPr="00846769" w14:paraId="63179178" w14:textId="77777777" w:rsidTr="00846769">
        <w:trPr>
          <w:trHeight w:val="282"/>
        </w:trPr>
        <w:tc>
          <w:tcPr>
            <w:tcW w:w="3818" w:type="dxa"/>
            <w:shd w:val="clear" w:color="auto" w:fill="EE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D82B1B" w14:textId="77777777" w:rsidR="00493D4F" w:rsidRPr="00846769" w:rsidRDefault="00000000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846769">
              <w:rPr>
                <w:rFonts w:cs="Calibri"/>
                <w:b/>
                <w:color w:val="000000" w:themeColor="text1"/>
                <w:sz w:val="20"/>
                <w:szCs w:val="20"/>
              </w:rPr>
              <w:t>Nombre del proyecto</w:t>
            </w:r>
          </w:p>
        </w:tc>
        <w:tc>
          <w:tcPr>
            <w:tcW w:w="8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FAB5A7" w14:textId="77777777" w:rsidR="00493D4F" w:rsidRPr="00846769" w:rsidRDefault="00493D4F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93D4F" w:rsidRPr="00846769" w14:paraId="302BE7C0" w14:textId="77777777" w:rsidTr="00846769">
        <w:trPr>
          <w:trHeight w:val="282"/>
        </w:trPr>
        <w:tc>
          <w:tcPr>
            <w:tcW w:w="3818" w:type="dxa"/>
            <w:shd w:val="clear" w:color="auto" w:fill="EE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34A594" w14:textId="7FE87081" w:rsidR="00493D4F" w:rsidRPr="00846769" w:rsidRDefault="00000000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846769">
              <w:rPr>
                <w:rFonts w:cs="Calibri"/>
                <w:b/>
                <w:color w:val="000000" w:themeColor="text1"/>
                <w:sz w:val="20"/>
                <w:szCs w:val="20"/>
              </w:rPr>
              <w:t xml:space="preserve">Investigador/a </w:t>
            </w:r>
            <w:r w:rsidR="0048450B" w:rsidRPr="00846769">
              <w:rPr>
                <w:rFonts w:cs="Calibri"/>
                <w:b/>
                <w:color w:val="000000" w:themeColor="text1"/>
                <w:sz w:val="20"/>
                <w:szCs w:val="20"/>
              </w:rPr>
              <w:t>responsable</w:t>
            </w:r>
          </w:p>
        </w:tc>
        <w:tc>
          <w:tcPr>
            <w:tcW w:w="8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C0D157" w14:textId="77777777" w:rsidR="00493D4F" w:rsidRPr="00846769" w:rsidRDefault="00493D4F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93D4F" w:rsidRPr="00846769" w14:paraId="298CCCE4" w14:textId="77777777" w:rsidTr="00846769">
        <w:trPr>
          <w:trHeight w:val="282"/>
        </w:trPr>
        <w:tc>
          <w:tcPr>
            <w:tcW w:w="3818" w:type="dxa"/>
            <w:shd w:val="clear" w:color="auto" w:fill="EE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666EDE" w14:textId="77777777" w:rsidR="00493D4F" w:rsidRPr="00846769" w:rsidRDefault="00000000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846769">
              <w:rPr>
                <w:rFonts w:cs="Calibri"/>
                <w:b/>
                <w:color w:val="000000" w:themeColor="text1"/>
                <w:sz w:val="20"/>
                <w:szCs w:val="20"/>
              </w:rPr>
              <w:t>Facultad</w:t>
            </w:r>
          </w:p>
        </w:tc>
        <w:tc>
          <w:tcPr>
            <w:tcW w:w="8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B80461" w14:textId="77777777" w:rsidR="00493D4F" w:rsidRPr="00846769" w:rsidRDefault="00493D4F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93D4F" w:rsidRPr="00846769" w14:paraId="22E6736B" w14:textId="77777777" w:rsidTr="00846769">
        <w:trPr>
          <w:trHeight w:val="282"/>
        </w:trPr>
        <w:tc>
          <w:tcPr>
            <w:tcW w:w="3818" w:type="dxa"/>
            <w:shd w:val="clear" w:color="auto" w:fill="EE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9CFD87" w14:textId="77777777" w:rsidR="00493D4F" w:rsidRPr="00846769" w:rsidRDefault="00000000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846769">
              <w:rPr>
                <w:rFonts w:cs="Calibri"/>
                <w:b/>
                <w:color w:val="000000" w:themeColor="text1"/>
                <w:sz w:val="20"/>
                <w:szCs w:val="20"/>
              </w:rPr>
              <w:t>Carrera o unidad académica</w:t>
            </w:r>
          </w:p>
        </w:tc>
        <w:tc>
          <w:tcPr>
            <w:tcW w:w="8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B6EE73" w14:textId="77777777" w:rsidR="00493D4F" w:rsidRPr="00846769" w:rsidRDefault="00493D4F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93D4F" w:rsidRPr="00846769" w14:paraId="73B23431" w14:textId="77777777" w:rsidTr="00846769">
        <w:trPr>
          <w:trHeight w:val="282"/>
        </w:trPr>
        <w:tc>
          <w:tcPr>
            <w:tcW w:w="3818" w:type="dxa"/>
            <w:shd w:val="clear" w:color="auto" w:fill="EE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E687D7" w14:textId="77777777" w:rsidR="00493D4F" w:rsidRPr="00846769" w:rsidRDefault="00000000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846769">
              <w:rPr>
                <w:rFonts w:cs="Calibri"/>
                <w:b/>
                <w:color w:val="000000" w:themeColor="text1"/>
                <w:sz w:val="20"/>
                <w:szCs w:val="20"/>
              </w:rPr>
              <w:t>Sede</w:t>
            </w:r>
          </w:p>
        </w:tc>
        <w:tc>
          <w:tcPr>
            <w:tcW w:w="8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F6373F" w14:textId="77777777" w:rsidR="00493D4F" w:rsidRPr="00846769" w:rsidRDefault="00493D4F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93D4F" w:rsidRPr="00846769" w14:paraId="0BAE98CA" w14:textId="77777777" w:rsidTr="00846769">
        <w:trPr>
          <w:trHeight w:val="282"/>
        </w:trPr>
        <w:tc>
          <w:tcPr>
            <w:tcW w:w="3818" w:type="dxa"/>
            <w:shd w:val="clear" w:color="auto" w:fill="EE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892082" w14:textId="77777777" w:rsidR="00493D4F" w:rsidRPr="00846769" w:rsidRDefault="00000000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846769">
              <w:rPr>
                <w:rFonts w:cs="Calibri"/>
                <w:b/>
                <w:color w:val="000000" w:themeColor="text1"/>
                <w:sz w:val="20"/>
                <w:szCs w:val="20"/>
              </w:rPr>
              <w:t>Duración del proyecto</w:t>
            </w:r>
          </w:p>
        </w:tc>
        <w:tc>
          <w:tcPr>
            <w:tcW w:w="8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B0D380" w14:textId="77777777" w:rsidR="00493D4F" w:rsidRPr="00846769" w:rsidRDefault="00493D4F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93D4F" w:rsidRPr="00846769" w14:paraId="418D5344" w14:textId="77777777" w:rsidTr="00846769">
        <w:trPr>
          <w:trHeight w:val="266"/>
        </w:trPr>
        <w:tc>
          <w:tcPr>
            <w:tcW w:w="3818" w:type="dxa"/>
            <w:shd w:val="clear" w:color="auto" w:fill="EE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283534" w14:textId="77777777" w:rsidR="00493D4F" w:rsidRPr="00846769" w:rsidRDefault="00000000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846769">
              <w:rPr>
                <w:rFonts w:cs="Calibri"/>
                <w:b/>
                <w:color w:val="000000" w:themeColor="text1"/>
                <w:sz w:val="20"/>
                <w:szCs w:val="20"/>
              </w:rPr>
              <w:t>Monto total solicitado</w:t>
            </w:r>
          </w:p>
        </w:tc>
        <w:tc>
          <w:tcPr>
            <w:tcW w:w="8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8DF218" w14:textId="77777777" w:rsidR="00493D4F" w:rsidRPr="00846769" w:rsidRDefault="00000000">
            <w:pPr>
              <w:spacing w:after="0" w:line="252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 w:rsidRPr="00846769">
              <w:rPr>
                <w:rFonts w:cs="Calibri"/>
                <w:color w:val="000000" w:themeColor="text1"/>
                <w:sz w:val="20"/>
                <w:szCs w:val="20"/>
              </w:rPr>
              <w:t>$</w:t>
            </w:r>
          </w:p>
        </w:tc>
      </w:tr>
    </w:tbl>
    <w:p w14:paraId="65C03BA8" w14:textId="77777777" w:rsidR="00493D4F" w:rsidRPr="00846769" w:rsidRDefault="00493D4F">
      <w:pPr>
        <w:spacing w:after="0"/>
        <w:rPr>
          <w:rFonts w:cs="Calibri"/>
          <w:color w:val="000000" w:themeColor="text1"/>
          <w:sz w:val="20"/>
          <w:szCs w:val="20"/>
        </w:rPr>
      </w:pPr>
    </w:p>
    <w:p w14:paraId="072E5C2A" w14:textId="77777777" w:rsidR="00846769" w:rsidRDefault="00846769">
      <w:pPr>
        <w:pStyle w:val="Ttulo1"/>
        <w:rPr>
          <w:rFonts w:ascii="Calibri" w:hAnsi="Calibri" w:cs="Calibri"/>
          <w:color w:val="000000" w:themeColor="text1"/>
          <w:sz w:val="20"/>
          <w:szCs w:val="20"/>
        </w:rPr>
      </w:pPr>
    </w:p>
    <w:p w14:paraId="145451D1" w14:textId="77777777" w:rsidR="0025787A" w:rsidRDefault="0025787A" w:rsidP="0025787A"/>
    <w:p w14:paraId="2ADB086F" w14:textId="77777777" w:rsidR="0025787A" w:rsidRPr="0025787A" w:rsidRDefault="0025787A" w:rsidP="0025787A"/>
    <w:p w14:paraId="3E960210" w14:textId="77777777" w:rsidR="00846769" w:rsidRPr="00846769" w:rsidRDefault="00846769" w:rsidP="00846769">
      <w:pPr>
        <w:rPr>
          <w:color w:val="000000" w:themeColor="text1"/>
        </w:rPr>
      </w:pPr>
    </w:p>
    <w:p w14:paraId="14A19B5C" w14:textId="77777777" w:rsidR="00846769" w:rsidRPr="00846769" w:rsidRDefault="00846769" w:rsidP="00846769">
      <w:pPr>
        <w:rPr>
          <w:rFonts w:cs="Calibri"/>
          <w:sz w:val="20"/>
          <w:szCs w:val="20"/>
        </w:rPr>
      </w:pPr>
    </w:p>
    <w:p w14:paraId="0862D56C" w14:textId="77777777" w:rsidR="00846769" w:rsidRDefault="00846769" w:rsidP="00846769"/>
    <w:p w14:paraId="35BBF269" w14:textId="77777777" w:rsidR="00846769" w:rsidRDefault="00846769" w:rsidP="00846769"/>
    <w:p w14:paraId="1ABD81B6" w14:textId="18925CBA" w:rsidR="00493D4F" w:rsidRPr="0025787A" w:rsidRDefault="00000000">
      <w:pPr>
        <w:pStyle w:val="Ttulo1"/>
        <w:rPr>
          <w:color w:val="000000" w:themeColor="text1"/>
          <w:sz w:val="22"/>
          <w:szCs w:val="22"/>
        </w:rPr>
      </w:pPr>
      <w:r w:rsidRPr="0025787A">
        <w:rPr>
          <w:color w:val="000000" w:themeColor="text1"/>
          <w:sz w:val="22"/>
          <w:szCs w:val="22"/>
        </w:rPr>
        <w:lastRenderedPageBreak/>
        <w:t>II. RESUMEN DEL PRESUPUESTO</w:t>
      </w:r>
    </w:p>
    <w:p w14:paraId="7325E93F" w14:textId="77777777" w:rsidR="00493D4F" w:rsidRPr="00846769" w:rsidRDefault="00000000">
      <w:pPr>
        <w:pStyle w:val="Instruction"/>
        <w:rPr>
          <w:color w:val="000000" w:themeColor="text1"/>
          <w:sz w:val="22"/>
          <w:lang w:val="es-ES_tradnl"/>
        </w:rPr>
      </w:pPr>
      <w:r w:rsidRPr="00846769">
        <w:rPr>
          <w:color w:val="000000" w:themeColor="text1"/>
          <w:sz w:val="22"/>
          <w:lang w:val="es-ES_tradnl"/>
        </w:rPr>
        <w:t>Indique el monto solicitado para cada ítem financiable. El total debe corresponder a la suma de los subtotales detallados en la sección III.</w:t>
      </w:r>
    </w:p>
    <w:tbl>
      <w:tblPr>
        <w:tblStyle w:val="Tablaconcuadrcula"/>
        <w:tblW w:w="1343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686"/>
        <w:gridCol w:w="1276"/>
        <w:gridCol w:w="5183"/>
        <w:gridCol w:w="3290"/>
      </w:tblGrid>
      <w:tr w:rsidR="0048450B" w:rsidRPr="00846769" w14:paraId="5A160EED" w14:textId="46D5B9AF" w:rsidTr="0025787A">
        <w:trPr>
          <w:trHeight w:val="499"/>
          <w:tblHeader/>
        </w:trPr>
        <w:tc>
          <w:tcPr>
            <w:tcW w:w="3686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216B1" w14:textId="77777777" w:rsidR="0048450B" w:rsidRPr="0025787A" w:rsidRDefault="0048450B">
            <w:pPr>
              <w:spacing w:after="0" w:line="252" w:lineRule="auto"/>
              <w:jc w:val="center"/>
              <w:rPr>
                <w:sz w:val="18"/>
                <w:szCs w:val="18"/>
              </w:rPr>
            </w:pPr>
            <w:r w:rsidRPr="0025787A">
              <w:rPr>
                <w:b/>
                <w:color w:val="FFFFFF"/>
                <w:sz w:val="18"/>
                <w:szCs w:val="18"/>
              </w:rPr>
              <w:t>Ítem financiable</w:t>
            </w:r>
          </w:p>
        </w:tc>
        <w:tc>
          <w:tcPr>
            <w:tcW w:w="1276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DD4112" w14:textId="77777777" w:rsidR="0048450B" w:rsidRPr="00846769" w:rsidRDefault="0048450B">
            <w:pPr>
              <w:spacing w:after="0" w:line="252" w:lineRule="auto"/>
              <w:jc w:val="center"/>
              <w:rPr>
                <w:sz w:val="20"/>
                <w:szCs w:val="20"/>
              </w:rPr>
            </w:pPr>
            <w:r w:rsidRPr="00846769">
              <w:rPr>
                <w:b/>
                <w:color w:val="FFFFFF"/>
                <w:sz w:val="20"/>
                <w:szCs w:val="20"/>
              </w:rPr>
              <w:t>Monto solicitado</w:t>
            </w:r>
          </w:p>
        </w:tc>
        <w:tc>
          <w:tcPr>
            <w:tcW w:w="5183" w:type="dxa"/>
            <w:shd w:val="clear" w:color="auto" w:fill="17365D"/>
          </w:tcPr>
          <w:p w14:paraId="7B81E627" w14:textId="329BB6CE" w:rsidR="0048450B" w:rsidRPr="00846769" w:rsidRDefault="0048450B">
            <w:pPr>
              <w:spacing w:after="0" w:line="252" w:lineRule="auto"/>
              <w:jc w:val="center"/>
              <w:rPr>
                <w:b/>
                <w:color w:val="FFFFFF"/>
                <w:sz w:val="20"/>
                <w:szCs w:val="20"/>
              </w:rPr>
            </w:pPr>
            <w:r w:rsidRPr="00846769">
              <w:rPr>
                <w:b/>
                <w:color w:val="FFFFFF"/>
                <w:sz w:val="20"/>
                <w:szCs w:val="20"/>
              </w:rPr>
              <w:t>Descripción de la actividad</w:t>
            </w:r>
          </w:p>
        </w:tc>
        <w:tc>
          <w:tcPr>
            <w:tcW w:w="3290" w:type="dxa"/>
            <w:shd w:val="clear" w:color="auto" w:fill="17365D"/>
          </w:tcPr>
          <w:p w14:paraId="10415681" w14:textId="3054D0B2" w:rsidR="0048450B" w:rsidRPr="00846769" w:rsidRDefault="0048450B">
            <w:pPr>
              <w:spacing w:after="0" w:line="252" w:lineRule="auto"/>
              <w:jc w:val="center"/>
              <w:rPr>
                <w:b/>
                <w:color w:val="FFFFFF"/>
                <w:sz w:val="20"/>
                <w:szCs w:val="20"/>
              </w:rPr>
            </w:pPr>
            <w:r w:rsidRPr="00846769">
              <w:rPr>
                <w:b/>
                <w:color w:val="FFFFFF"/>
                <w:sz w:val="20"/>
                <w:szCs w:val="20"/>
              </w:rPr>
              <w:t>Justificación</w:t>
            </w:r>
          </w:p>
        </w:tc>
      </w:tr>
      <w:tr w:rsidR="0048450B" w:rsidRPr="00846769" w14:paraId="03A83AEC" w14:textId="35A043DE" w:rsidTr="0025787A">
        <w:trPr>
          <w:trHeight w:val="548"/>
        </w:trPr>
        <w:tc>
          <w:tcPr>
            <w:tcW w:w="368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EBAE31" w14:textId="77777777" w:rsidR="0048450B" w:rsidRDefault="00846769" w:rsidP="00846769">
            <w:pPr>
              <w:spacing w:after="0" w:line="252" w:lineRule="auto"/>
              <w:jc w:val="both"/>
              <w:rPr>
                <w:sz w:val="18"/>
                <w:szCs w:val="18"/>
              </w:rPr>
            </w:pPr>
            <w:r w:rsidRPr="0025787A">
              <w:rPr>
                <w:b/>
                <w:bCs/>
                <w:sz w:val="18"/>
                <w:szCs w:val="18"/>
              </w:rPr>
              <w:t xml:space="preserve">Personal de apoyo técnico </w:t>
            </w:r>
            <w:r w:rsidRPr="0025787A">
              <w:rPr>
                <w:sz w:val="18"/>
                <w:szCs w:val="18"/>
              </w:rPr>
              <w:t>(Honorarios destinados a la contratación de personal externo que preste servicios especializados o apoyo técnico indispensable para la ejecución del proyecto. Se podrán considerar, entre otros, procesamiento y análisis de datos</w:t>
            </w:r>
            <w:r w:rsidR="0025787A" w:rsidRPr="0025787A">
              <w:rPr>
                <w:sz w:val="18"/>
                <w:szCs w:val="18"/>
              </w:rPr>
              <w:t>, apoyo estadístico, desarrollo de software u otras labores técnicas directamente relacionadas con los objetivos de la investigación</w:t>
            </w:r>
            <w:r w:rsidRPr="0025787A">
              <w:rPr>
                <w:sz w:val="18"/>
                <w:szCs w:val="18"/>
              </w:rPr>
              <w:t>)</w:t>
            </w:r>
          </w:p>
          <w:p w14:paraId="286D974B" w14:textId="77777777" w:rsidR="0025787A" w:rsidRDefault="0025787A" w:rsidP="00846769">
            <w:pPr>
              <w:spacing w:after="0" w:line="252" w:lineRule="auto"/>
              <w:jc w:val="both"/>
              <w:rPr>
                <w:sz w:val="18"/>
                <w:szCs w:val="18"/>
              </w:rPr>
            </w:pPr>
          </w:p>
          <w:p w14:paraId="5179D8F0" w14:textId="77777777" w:rsidR="0025787A" w:rsidRDefault="0025787A" w:rsidP="00846769">
            <w:pPr>
              <w:spacing w:after="0" w:line="252" w:lineRule="auto"/>
              <w:jc w:val="both"/>
              <w:rPr>
                <w:sz w:val="18"/>
                <w:szCs w:val="18"/>
              </w:rPr>
            </w:pPr>
          </w:p>
          <w:p w14:paraId="1B478D91" w14:textId="3AE04589" w:rsidR="0025787A" w:rsidRPr="0025787A" w:rsidRDefault="0025787A" w:rsidP="00846769">
            <w:pPr>
              <w:spacing w:after="0" w:line="252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0EA3A2" w14:textId="77777777" w:rsidR="0048450B" w:rsidRPr="00846769" w:rsidRDefault="0048450B" w:rsidP="0048450B">
            <w:pPr>
              <w:spacing w:after="0" w:line="252" w:lineRule="auto"/>
              <w:rPr>
                <w:sz w:val="20"/>
                <w:szCs w:val="20"/>
              </w:rPr>
            </w:pPr>
            <w:r w:rsidRPr="00846769">
              <w:rPr>
                <w:sz w:val="20"/>
                <w:szCs w:val="20"/>
              </w:rPr>
              <w:t>$</w:t>
            </w:r>
          </w:p>
        </w:tc>
        <w:tc>
          <w:tcPr>
            <w:tcW w:w="5183" w:type="dxa"/>
            <w:shd w:val="clear" w:color="auto" w:fill="FFFFFF"/>
          </w:tcPr>
          <w:p w14:paraId="367E9FE1" w14:textId="77777777" w:rsidR="0048450B" w:rsidRPr="00846769" w:rsidRDefault="0048450B">
            <w:pPr>
              <w:spacing w:after="0" w:line="252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0" w:type="dxa"/>
            <w:shd w:val="clear" w:color="auto" w:fill="FFFFFF"/>
          </w:tcPr>
          <w:p w14:paraId="60586D8B" w14:textId="77777777" w:rsidR="0048450B" w:rsidRPr="00846769" w:rsidRDefault="0048450B">
            <w:pPr>
              <w:spacing w:after="0" w:line="252" w:lineRule="auto"/>
              <w:jc w:val="right"/>
              <w:rPr>
                <w:sz w:val="20"/>
                <w:szCs w:val="20"/>
              </w:rPr>
            </w:pPr>
          </w:p>
        </w:tc>
      </w:tr>
      <w:tr w:rsidR="0048450B" w:rsidRPr="00846769" w14:paraId="0D63EC33" w14:textId="3B6F5BCB" w:rsidTr="0025787A">
        <w:trPr>
          <w:trHeight w:val="515"/>
        </w:trPr>
        <w:tc>
          <w:tcPr>
            <w:tcW w:w="3686" w:type="dxa"/>
            <w:shd w:val="clear" w:color="auto" w:fill="F8FA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E924A2" w14:textId="5AD3BE39" w:rsidR="0048450B" w:rsidRPr="0025787A" w:rsidRDefault="0048450B" w:rsidP="00846769">
            <w:pPr>
              <w:spacing w:after="0" w:line="252" w:lineRule="auto"/>
              <w:jc w:val="both"/>
              <w:rPr>
                <w:b/>
                <w:bCs/>
                <w:sz w:val="18"/>
                <w:szCs w:val="18"/>
              </w:rPr>
            </w:pPr>
            <w:r w:rsidRPr="0025787A">
              <w:rPr>
                <w:b/>
                <w:bCs/>
                <w:sz w:val="18"/>
                <w:szCs w:val="18"/>
              </w:rPr>
              <w:t>Gastos de operación:</w:t>
            </w:r>
            <w:r w:rsidR="00846769" w:rsidRPr="0025787A">
              <w:rPr>
                <w:b/>
                <w:bCs/>
                <w:sz w:val="18"/>
                <w:szCs w:val="18"/>
              </w:rPr>
              <w:t xml:space="preserve"> </w:t>
            </w:r>
            <w:r w:rsidRPr="0025787A">
              <w:rPr>
                <w:sz w:val="18"/>
                <w:szCs w:val="18"/>
              </w:rPr>
              <w:t>(Materiales, transporte, alimentación para trabajo de campo u otros gastos asociados directamente al proyecto)</w:t>
            </w:r>
          </w:p>
        </w:tc>
        <w:tc>
          <w:tcPr>
            <w:tcW w:w="1276" w:type="dxa"/>
            <w:shd w:val="clear" w:color="auto" w:fill="F8FA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2F3DD4" w14:textId="77777777" w:rsidR="0048450B" w:rsidRPr="00846769" w:rsidRDefault="0048450B" w:rsidP="0048450B">
            <w:pPr>
              <w:spacing w:after="0" w:line="252" w:lineRule="auto"/>
              <w:rPr>
                <w:sz w:val="20"/>
                <w:szCs w:val="20"/>
              </w:rPr>
            </w:pPr>
            <w:r w:rsidRPr="00846769">
              <w:rPr>
                <w:sz w:val="20"/>
                <w:szCs w:val="20"/>
              </w:rPr>
              <w:t>$</w:t>
            </w:r>
          </w:p>
        </w:tc>
        <w:tc>
          <w:tcPr>
            <w:tcW w:w="5183" w:type="dxa"/>
            <w:shd w:val="clear" w:color="auto" w:fill="F8FAFC"/>
          </w:tcPr>
          <w:p w14:paraId="4B6717AB" w14:textId="77777777" w:rsidR="0048450B" w:rsidRPr="00846769" w:rsidRDefault="0048450B">
            <w:pPr>
              <w:spacing w:after="0" w:line="252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0" w:type="dxa"/>
            <w:shd w:val="clear" w:color="auto" w:fill="F8FAFC"/>
          </w:tcPr>
          <w:p w14:paraId="3A213C9C" w14:textId="77777777" w:rsidR="0048450B" w:rsidRPr="00846769" w:rsidRDefault="0048450B">
            <w:pPr>
              <w:spacing w:after="0" w:line="252" w:lineRule="auto"/>
              <w:jc w:val="right"/>
              <w:rPr>
                <w:sz w:val="20"/>
                <w:szCs w:val="20"/>
              </w:rPr>
            </w:pPr>
          </w:p>
        </w:tc>
      </w:tr>
      <w:tr w:rsidR="0048450B" w:rsidRPr="00846769" w14:paraId="4A582D38" w14:textId="281EF98D" w:rsidTr="0025787A">
        <w:trPr>
          <w:trHeight w:val="533"/>
        </w:trPr>
        <w:tc>
          <w:tcPr>
            <w:tcW w:w="368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690F82" w14:textId="74BBD47E" w:rsidR="0048450B" w:rsidRPr="0025787A" w:rsidRDefault="0048450B" w:rsidP="00846769">
            <w:pPr>
              <w:spacing w:after="0" w:line="252" w:lineRule="auto"/>
              <w:jc w:val="both"/>
              <w:rPr>
                <w:b/>
                <w:bCs/>
                <w:sz w:val="18"/>
                <w:szCs w:val="18"/>
              </w:rPr>
            </w:pPr>
            <w:r w:rsidRPr="0025787A">
              <w:rPr>
                <w:b/>
                <w:bCs/>
                <w:sz w:val="18"/>
                <w:szCs w:val="18"/>
              </w:rPr>
              <w:t xml:space="preserve">Difusión de resultados: </w:t>
            </w:r>
            <w:r w:rsidRPr="0025787A">
              <w:rPr>
                <w:sz w:val="18"/>
                <w:szCs w:val="18"/>
              </w:rPr>
              <w:t>(Traducción de artículos, diagramación, inscripción a congresos, publicaciones, diseño gráfico, etc.)</w:t>
            </w:r>
          </w:p>
        </w:tc>
        <w:tc>
          <w:tcPr>
            <w:tcW w:w="127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84C3CB" w14:textId="77777777" w:rsidR="0048450B" w:rsidRPr="00846769" w:rsidRDefault="0048450B" w:rsidP="0048450B">
            <w:pPr>
              <w:spacing w:after="0" w:line="252" w:lineRule="auto"/>
              <w:rPr>
                <w:sz w:val="20"/>
                <w:szCs w:val="20"/>
              </w:rPr>
            </w:pPr>
            <w:r w:rsidRPr="00846769">
              <w:rPr>
                <w:sz w:val="20"/>
                <w:szCs w:val="20"/>
              </w:rPr>
              <w:t>$</w:t>
            </w:r>
          </w:p>
        </w:tc>
        <w:tc>
          <w:tcPr>
            <w:tcW w:w="5183" w:type="dxa"/>
            <w:shd w:val="clear" w:color="auto" w:fill="FFFFFF"/>
          </w:tcPr>
          <w:p w14:paraId="284704F2" w14:textId="77777777" w:rsidR="0048450B" w:rsidRPr="00846769" w:rsidRDefault="0048450B">
            <w:pPr>
              <w:spacing w:after="0" w:line="252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0" w:type="dxa"/>
            <w:shd w:val="clear" w:color="auto" w:fill="FFFFFF"/>
          </w:tcPr>
          <w:p w14:paraId="475857A3" w14:textId="77777777" w:rsidR="0048450B" w:rsidRPr="00846769" w:rsidRDefault="0048450B">
            <w:pPr>
              <w:spacing w:after="0" w:line="252" w:lineRule="auto"/>
              <w:jc w:val="right"/>
              <w:rPr>
                <w:sz w:val="20"/>
                <w:szCs w:val="20"/>
              </w:rPr>
            </w:pPr>
          </w:p>
        </w:tc>
      </w:tr>
      <w:tr w:rsidR="0048450B" w:rsidRPr="00846769" w14:paraId="140A878C" w14:textId="2326D1A6" w:rsidTr="0025787A">
        <w:trPr>
          <w:trHeight w:val="256"/>
        </w:trPr>
        <w:tc>
          <w:tcPr>
            <w:tcW w:w="3686" w:type="dxa"/>
            <w:shd w:val="clear" w:color="auto" w:fill="F8FA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CB9B74" w14:textId="4601E95F" w:rsidR="0048450B" w:rsidRPr="0025787A" w:rsidRDefault="0048450B" w:rsidP="00846769">
            <w:pPr>
              <w:spacing w:after="0" w:line="252" w:lineRule="auto"/>
              <w:jc w:val="both"/>
              <w:rPr>
                <w:b/>
                <w:bCs/>
                <w:sz w:val="18"/>
                <w:szCs w:val="18"/>
              </w:rPr>
            </w:pPr>
            <w:r w:rsidRPr="0025787A">
              <w:rPr>
                <w:b/>
                <w:bCs/>
                <w:sz w:val="18"/>
                <w:szCs w:val="18"/>
              </w:rPr>
              <w:t>Recursos y licencias</w:t>
            </w:r>
            <w:r w:rsidR="00846769" w:rsidRPr="0025787A">
              <w:rPr>
                <w:b/>
                <w:bCs/>
                <w:sz w:val="18"/>
                <w:szCs w:val="18"/>
              </w:rPr>
              <w:t xml:space="preserve"> </w:t>
            </w:r>
            <w:r w:rsidR="00846769" w:rsidRPr="0025787A">
              <w:rPr>
                <w:sz w:val="18"/>
                <w:szCs w:val="18"/>
              </w:rPr>
              <w:t>(Software, bases de datos, bibliografía o suscripciones necesarias para el desarrollo del proyecto. Equipamiento menor indispensable y justificado; grabadoras, micrófonos, trípodes, entre otros).</w:t>
            </w:r>
          </w:p>
        </w:tc>
        <w:tc>
          <w:tcPr>
            <w:tcW w:w="1276" w:type="dxa"/>
            <w:shd w:val="clear" w:color="auto" w:fill="F8FA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179060" w14:textId="77777777" w:rsidR="0048450B" w:rsidRPr="00846769" w:rsidRDefault="0048450B" w:rsidP="0048450B">
            <w:pPr>
              <w:spacing w:after="0" w:line="252" w:lineRule="auto"/>
              <w:rPr>
                <w:sz w:val="20"/>
                <w:szCs w:val="20"/>
              </w:rPr>
            </w:pPr>
            <w:r w:rsidRPr="00846769">
              <w:rPr>
                <w:sz w:val="20"/>
                <w:szCs w:val="20"/>
              </w:rPr>
              <w:t>$</w:t>
            </w:r>
          </w:p>
        </w:tc>
        <w:tc>
          <w:tcPr>
            <w:tcW w:w="5183" w:type="dxa"/>
            <w:shd w:val="clear" w:color="auto" w:fill="F8FAFC"/>
          </w:tcPr>
          <w:p w14:paraId="4BE0BA82" w14:textId="77777777" w:rsidR="0048450B" w:rsidRPr="00846769" w:rsidRDefault="0048450B">
            <w:pPr>
              <w:spacing w:after="0" w:line="252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0" w:type="dxa"/>
            <w:shd w:val="clear" w:color="auto" w:fill="F8FAFC"/>
          </w:tcPr>
          <w:p w14:paraId="23458115" w14:textId="77777777" w:rsidR="0048450B" w:rsidRPr="00846769" w:rsidRDefault="0048450B">
            <w:pPr>
              <w:spacing w:after="0" w:line="252" w:lineRule="auto"/>
              <w:jc w:val="right"/>
              <w:rPr>
                <w:sz w:val="20"/>
                <w:szCs w:val="20"/>
              </w:rPr>
            </w:pPr>
          </w:p>
        </w:tc>
      </w:tr>
      <w:tr w:rsidR="0048450B" w:rsidRPr="00846769" w14:paraId="2394552F" w14:textId="3C75C9D0" w:rsidTr="0025787A">
        <w:trPr>
          <w:trHeight w:val="274"/>
        </w:trPr>
        <w:tc>
          <w:tcPr>
            <w:tcW w:w="3686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FEC313" w14:textId="77777777" w:rsidR="0048450B" w:rsidRPr="00846769" w:rsidRDefault="0048450B">
            <w:pPr>
              <w:spacing w:after="0" w:line="252" w:lineRule="auto"/>
              <w:rPr>
                <w:sz w:val="20"/>
                <w:szCs w:val="20"/>
              </w:rPr>
            </w:pPr>
            <w:r w:rsidRPr="00846769">
              <w:rPr>
                <w:b/>
                <w:color w:val="17365D"/>
                <w:sz w:val="20"/>
                <w:szCs w:val="20"/>
              </w:rPr>
              <w:t>TOTAL SOLICITADO</w:t>
            </w:r>
          </w:p>
        </w:tc>
        <w:tc>
          <w:tcPr>
            <w:tcW w:w="1276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8E991A" w14:textId="77777777" w:rsidR="0048450B" w:rsidRPr="00846769" w:rsidRDefault="0048450B" w:rsidP="0048450B">
            <w:pPr>
              <w:spacing w:after="0" w:line="252" w:lineRule="auto"/>
              <w:rPr>
                <w:sz w:val="20"/>
                <w:szCs w:val="20"/>
              </w:rPr>
            </w:pPr>
            <w:r w:rsidRPr="00846769">
              <w:rPr>
                <w:b/>
                <w:color w:val="17365D"/>
                <w:sz w:val="20"/>
                <w:szCs w:val="20"/>
              </w:rPr>
              <w:t>$</w:t>
            </w:r>
          </w:p>
        </w:tc>
        <w:tc>
          <w:tcPr>
            <w:tcW w:w="5183" w:type="dxa"/>
            <w:shd w:val="clear" w:color="auto" w:fill="DCE6F1"/>
          </w:tcPr>
          <w:p w14:paraId="030B418E" w14:textId="77777777" w:rsidR="0048450B" w:rsidRPr="00846769" w:rsidRDefault="0048450B">
            <w:pPr>
              <w:spacing w:after="0" w:line="252" w:lineRule="auto"/>
              <w:jc w:val="right"/>
              <w:rPr>
                <w:b/>
                <w:color w:val="17365D"/>
                <w:sz w:val="20"/>
                <w:szCs w:val="20"/>
              </w:rPr>
            </w:pPr>
          </w:p>
        </w:tc>
        <w:tc>
          <w:tcPr>
            <w:tcW w:w="3290" w:type="dxa"/>
            <w:shd w:val="clear" w:color="auto" w:fill="DCE6F1"/>
          </w:tcPr>
          <w:p w14:paraId="0DCBF979" w14:textId="77777777" w:rsidR="0048450B" w:rsidRPr="00846769" w:rsidRDefault="0048450B">
            <w:pPr>
              <w:spacing w:after="0" w:line="252" w:lineRule="auto"/>
              <w:jc w:val="right"/>
              <w:rPr>
                <w:b/>
                <w:color w:val="17365D"/>
                <w:sz w:val="20"/>
                <w:szCs w:val="20"/>
              </w:rPr>
            </w:pPr>
          </w:p>
        </w:tc>
      </w:tr>
    </w:tbl>
    <w:p w14:paraId="7CBE5CE3" w14:textId="23B8D105" w:rsidR="0025787A" w:rsidRDefault="00000000" w:rsidP="0025787A">
      <w:pPr>
        <w:rPr>
          <w:sz w:val="20"/>
          <w:szCs w:val="20"/>
        </w:rPr>
      </w:pPr>
      <w:r w:rsidRPr="00846769">
        <w:rPr>
          <w:sz w:val="20"/>
          <w:szCs w:val="20"/>
        </w:rPr>
        <w:br w:type="page"/>
      </w:r>
    </w:p>
    <w:p w14:paraId="5C506516" w14:textId="77777777" w:rsidR="0025787A" w:rsidRPr="0025787A" w:rsidRDefault="0025787A" w:rsidP="0025787A">
      <w:pPr>
        <w:rPr>
          <w:sz w:val="20"/>
          <w:szCs w:val="20"/>
        </w:rPr>
      </w:pPr>
    </w:p>
    <w:p w14:paraId="2A15EEDA" w14:textId="678E01B2" w:rsidR="00493D4F" w:rsidRPr="0025787A" w:rsidRDefault="00000000">
      <w:pPr>
        <w:spacing w:after="320"/>
        <w:rPr>
          <w:sz w:val="22"/>
        </w:rPr>
      </w:pPr>
      <w:r w:rsidRPr="0025787A">
        <w:rPr>
          <w:sz w:val="22"/>
        </w:rPr>
        <w:t>Declaro que la información contenida en este formulario es veraz; que los gastos solicitados se relacionan directamente con la ejecución del proyecto; y que el presupuesto se ajusta a los ítems financiables, restricciones y procedimientos establecidos en las bases del Concurso Interno de Investigación e Innovación Docente para la Mejora del Proceso Formativo – IID2025.</w:t>
      </w:r>
    </w:p>
    <w:p w14:paraId="04713CF9" w14:textId="77777777" w:rsidR="00846769" w:rsidRDefault="00846769">
      <w:pPr>
        <w:spacing w:after="320"/>
        <w:rPr>
          <w:sz w:val="22"/>
        </w:rPr>
      </w:pPr>
    </w:p>
    <w:p w14:paraId="6454DB79" w14:textId="77777777" w:rsidR="0025787A" w:rsidRPr="0025787A" w:rsidRDefault="0025787A">
      <w:pPr>
        <w:spacing w:after="320"/>
        <w:rPr>
          <w:sz w:val="22"/>
        </w:rPr>
      </w:pPr>
    </w:p>
    <w:p w14:paraId="0ACFC3FE" w14:textId="77777777" w:rsidR="00846769" w:rsidRPr="00846769" w:rsidRDefault="00846769" w:rsidP="00846769">
      <w:pPr>
        <w:jc w:val="center"/>
        <w:rPr>
          <w:b/>
          <w:bCs/>
        </w:rPr>
      </w:pPr>
      <w:r w:rsidRPr="00846769">
        <w:rPr>
          <w:b/>
          <w:bCs/>
        </w:rPr>
        <w:t>__________________________________</w:t>
      </w:r>
    </w:p>
    <w:p w14:paraId="5F9E8C70" w14:textId="77777777" w:rsidR="00846769" w:rsidRPr="00846769" w:rsidRDefault="00846769" w:rsidP="00846769">
      <w:pPr>
        <w:jc w:val="center"/>
        <w:rPr>
          <w:b/>
          <w:bCs/>
        </w:rPr>
      </w:pPr>
      <w:r w:rsidRPr="00846769">
        <w:rPr>
          <w:b/>
          <w:bCs/>
        </w:rPr>
        <w:t>Firma Investigador/a responsable</w:t>
      </w:r>
    </w:p>
    <w:p w14:paraId="2CA194E0" w14:textId="77777777" w:rsidR="009A5110" w:rsidRDefault="009A5110"/>
    <w:sectPr w:rsidR="009A5110" w:rsidSect="0025787A">
      <w:headerReference w:type="default" r:id="rId8"/>
      <w:footerReference w:type="default" r:id="rId9"/>
      <w:pgSz w:w="15840" w:h="12240" w:orient="landscape"/>
      <w:pgMar w:top="1905" w:right="1080" w:bottom="1224" w:left="1152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681BEE" w14:textId="77777777" w:rsidR="0077594C" w:rsidRDefault="0077594C">
      <w:pPr>
        <w:spacing w:after="0" w:line="240" w:lineRule="auto"/>
      </w:pPr>
      <w:r>
        <w:separator/>
      </w:r>
    </w:p>
  </w:endnote>
  <w:endnote w:type="continuationSeparator" w:id="0">
    <w:p w14:paraId="0C3831E4" w14:textId="77777777" w:rsidR="0077594C" w:rsidRDefault="00775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DA1D74" w14:textId="6E908011" w:rsidR="00493D4F" w:rsidRDefault="00493D4F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879769" w14:textId="77777777" w:rsidR="0077594C" w:rsidRDefault="0077594C">
      <w:pPr>
        <w:spacing w:after="0" w:line="240" w:lineRule="auto"/>
      </w:pPr>
      <w:r>
        <w:separator/>
      </w:r>
    </w:p>
  </w:footnote>
  <w:footnote w:type="continuationSeparator" w:id="0">
    <w:p w14:paraId="65ED7F53" w14:textId="77777777" w:rsidR="0077594C" w:rsidRDefault="00775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0458E2" w14:textId="03B1291E" w:rsidR="00846769" w:rsidRDefault="00846769" w:rsidP="00846769">
    <w:pPr>
      <w:pStyle w:val="Textoindependiente"/>
      <w:spacing w:line="14" w:lineRule="auto"/>
      <w:rPr>
        <w:sz w:val="20"/>
      </w:rPr>
    </w:pPr>
  </w:p>
  <w:p w14:paraId="6F7FB75D" w14:textId="30D013CE" w:rsidR="00493D4F" w:rsidRPr="00846769" w:rsidRDefault="0025787A" w:rsidP="00846769">
    <w:pPr>
      <w:pStyle w:val="Encabezado"/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ED2BC27" wp14:editId="0ACC9792">
          <wp:simplePos x="0" y="0"/>
          <wp:positionH relativeFrom="page">
            <wp:posOffset>6693937</wp:posOffset>
          </wp:positionH>
          <wp:positionV relativeFrom="page">
            <wp:posOffset>612775</wp:posOffset>
          </wp:positionV>
          <wp:extent cx="1797430" cy="424179"/>
          <wp:effectExtent l="0" t="0" r="0" b="0"/>
          <wp:wrapNone/>
          <wp:docPr id="138205175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7430" cy="4241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6769">
      <w:rPr>
        <w:noProof/>
        <w:sz w:val="20"/>
      </w:rPr>
      <w:drawing>
        <wp:anchor distT="0" distB="0" distL="0" distR="0" simplePos="0" relativeHeight="251660288" behindDoc="1" locked="0" layoutInCell="1" allowOverlap="1" wp14:anchorId="05CA0A47" wp14:editId="616A21DF">
          <wp:simplePos x="0" y="0"/>
          <wp:positionH relativeFrom="page">
            <wp:posOffset>1233098</wp:posOffset>
          </wp:positionH>
          <wp:positionV relativeFrom="page">
            <wp:posOffset>611505</wp:posOffset>
          </wp:positionV>
          <wp:extent cx="1296448" cy="428948"/>
          <wp:effectExtent l="0" t="0" r="0" b="0"/>
          <wp:wrapNone/>
          <wp:docPr id="42065765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96448" cy="428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4463567">
    <w:abstractNumId w:val="8"/>
  </w:num>
  <w:num w:numId="2" w16cid:durableId="769280528">
    <w:abstractNumId w:val="6"/>
  </w:num>
  <w:num w:numId="3" w16cid:durableId="1528055665">
    <w:abstractNumId w:val="5"/>
  </w:num>
  <w:num w:numId="4" w16cid:durableId="518081566">
    <w:abstractNumId w:val="4"/>
  </w:num>
  <w:num w:numId="5" w16cid:durableId="1565484593">
    <w:abstractNumId w:val="7"/>
  </w:num>
  <w:num w:numId="6" w16cid:durableId="184371734">
    <w:abstractNumId w:val="3"/>
  </w:num>
  <w:num w:numId="7" w16cid:durableId="270433048">
    <w:abstractNumId w:val="2"/>
  </w:num>
  <w:num w:numId="8" w16cid:durableId="590507485">
    <w:abstractNumId w:val="1"/>
  </w:num>
  <w:num w:numId="9" w16cid:durableId="11336024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41F"/>
    <w:rsid w:val="0015074B"/>
    <w:rsid w:val="0025787A"/>
    <w:rsid w:val="002771BF"/>
    <w:rsid w:val="0029639D"/>
    <w:rsid w:val="00326F90"/>
    <w:rsid w:val="0048450B"/>
    <w:rsid w:val="00493D4F"/>
    <w:rsid w:val="0077594C"/>
    <w:rsid w:val="00846769"/>
    <w:rsid w:val="00990CA4"/>
    <w:rsid w:val="009A5110"/>
    <w:rsid w:val="00A703C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F1023"/>
  <w14:defaultImageDpi w14:val="300"/>
  <w15:docId w15:val="{E9F95267-64B3-5242-92CA-80C6EC1A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1F2933"/>
      <w:sz w:val="21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2E5D88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365D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spacing w:after="120"/>
    </w:pPr>
    <w:rPr>
      <w:rFonts w:ascii="Calibri" w:hAnsi="Calibri"/>
      <w:i/>
      <w:color w:val="667085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ANEXO IV – Formulario de Presupuesto del Proyecto</vt:lpstr>
      <vt:lpstr/>
    </vt:vector>
  </TitlesOfParts>
  <Manager/>
  <Company/>
  <LinksUpToDate>false</LinksUpToDate>
  <CharactersWithSpaces>1939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IV – Formulario de Presupuesto del Proyecto</dc:title>
  <dc:subject>Concurso Interno de Investigación e Innovación Docente – IID2025</dc:subject>
  <dc:creator>Universidad de Aconcagua</dc:creator>
  <cp:keywords>IID2025, presupuesto, investigación, innovación docente</cp:keywords>
  <dc:description>generated by python-docx</dc:description>
  <cp:lastModifiedBy>OSCAR ARAYA MALDONADO</cp:lastModifiedBy>
  <cp:revision>3</cp:revision>
  <dcterms:created xsi:type="dcterms:W3CDTF">2026-08-11T19:25:00Z</dcterms:created>
  <dcterms:modified xsi:type="dcterms:W3CDTF">2026-08-11T19:59:00Z</dcterms:modified>
  <cp:category/>
</cp:coreProperties>
</file>