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32BE" w14:textId="77777777" w:rsidR="00AC57EE" w:rsidRDefault="00AC57EE">
      <w:pPr>
        <w:jc w:val="center"/>
        <w:rPr>
          <w:b/>
          <w:sz w:val="28"/>
          <w:lang w:val="es-CL"/>
        </w:rPr>
      </w:pPr>
    </w:p>
    <w:p w14:paraId="73F307DF" w14:textId="3CD5E411" w:rsidR="00E026F5" w:rsidRPr="0063506C" w:rsidRDefault="00000000">
      <w:pPr>
        <w:jc w:val="center"/>
        <w:rPr>
          <w:lang w:val="es-CL"/>
        </w:rPr>
      </w:pPr>
      <w:r w:rsidRPr="0063506C">
        <w:rPr>
          <w:b/>
          <w:sz w:val="28"/>
          <w:lang w:val="es-CL"/>
        </w:rPr>
        <w:t>FORMULARIO ÚNICO DE JERARQUIZACIÓN DOCENTE</w:t>
      </w:r>
      <w:r w:rsidRPr="0063506C">
        <w:rPr>
          <w:b/>
          <w:sz w:val="28"/>
          <w:lang w:val="es-CL"/>
        </w:rPr>
        <w:br/>
        <w:t>UNIVERSIDAD DE ACONCAGUA</w:t>
      </w:r>
    </w:p>
    <w:p w14:paraId="4D81E0EF" w14:textId="77777777" w:rsidR="00E026F5" w:rsidRPr="0063506C" w:rsidRDefault="00000000" w:rsidP="0018475E">
      <w:pPr>
        <w:jc w:val="both"/>
        <w:rPr>
          <w:lang w:val="es-CL"/>
        </w:rPr>
      </w:pPr>
      <w:r w:rsidRPr="0063506C">
        <w:rPr>
          <w:sz w:val="21"/>
          <w:lang w:val="es-CL"/>
        </w:rPr>
        <w:t>Documento oficial para la declaración de antecedentes académicos y profesionales, en el marco del proceso de Jerarquización Docente vigente, conforme al Reglamento del Académico UAC.</w:t>
      </w:r>
    </w:p>
    <w:p w14:paraId="0A9F1276" w14:textId="77777777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br/>
        <w:t>I. DATOS DE IDENTIFICACIÓN DEL/LA POSTULANTE</w:t>
      </w:r>
    </w:p>
    <w:p w14:paraId="1393DFFC" w14:textId="77777777" w:rsidR="00E026F5" w:rsidRPr="0018475E" w:rsidRDefault="00000000" w:rsidP="0018475E">
      <w:pPr>
        <w:pStyle w:val="Prrafodelista"/>
        <w:numPr>
          <w:ilvl w:val="0"/>
          <w:numId w:val="11"/>
        </w:numPr>
        <w:jc w:val="both"/>
        <w:rPr>
          <w:lang w:val="es-CL"/>
        </w:rPr>
      </w:pPr>
      <w:r w:rsidRPr="0018475E">
        <w:rPr>
          <w:sz w:val="21"/>
          <w:lang w:val="es-CL"/>
        </w:rPr>
        <w:t>Nombre completo: ________________________________________________</w:t>
      </w:r>
    </w:p>
    <w:p w14:paraId="2B0472FB" w14:textId="77777777" w:rsidR="00E026F5" w:rsidRPr="0018475E" w:rsidRDefault="00000000" w:rsidP="0018475E">
      <w:pPr>
        <w:pStyle w:val="Prrafodelista"/>
        <w:numPr>
          <w:ilvl w:val="0"/>
          <w:numId w:val="11"/>
        </w:numPr>
        <w:jc w:val="both"/>
        <w:rPr>
          <w:lang w:val="es-CL"/>
        </w:rPr>
      </w:pPr>
      <w:r w:rsidRPr="0018475E">
        <w:rPr>
          <w:sz w:val="21"/>
          <w:lang w:val="es-CL"/>
        </w:rPr>
        <w:t>RUT: __________________________</w:t>
      </w:r>
    </w:p>
    <w:p w14:paraId="64BBD602" w14:textId="77777777" w:rsidR="00E026F5" w:rsidRPr="0018475E" w:rsidRDefault="00000000" w:rsidP="0018475E">
      <w:pPr>
        <w:pStyle w:val="Prrafodelista"/>
        <w:numPr>
          <w:ilvl w:val="0"/>
          <w:numId w:val="11"/>
        </w:numPr>
        <w:jc w:val="both"/>
        <w:rPr>
          <w:lang w:val="es-CL"/>
        </w:rPr>
      </w:pPr>
      <w:r w:rsidRPr="0018475E">
        <w:rPr>
          <w:sz w:val="21"/>
          <w:lang w:val="es-CL"/>
        </w:rPr>
        <w:t>Correo electrónico institucional: ________________________________________________</w:t>
      </w:r>
    </w:p>
    <w:p w14:paraId="150DE7DE" w14:textId="77777777" w:rsidR="00E026F5" w:rsidRPr="0063506C" w:rsidRDefault="00000000" w:rsidP="0018475E">
      <w:pPr>
        <w:jc w:val="both"/>
        <w:rPr>
          <w:lang w:val="es-CL"/>
        </w:rPr>
      </w:pPr>
      <w:r w:rsidRPr="0063506C">
        <w:rPr>
          <w:b/>
          <w:sz w:val="24"/>
          <w:lang w:val="es-CL"/>
        </w:rPr>
        <w:br/>
        <w:t>II. DATOS LABORALES</w:t>
      </w:r>
    </w:p>
    <w:p w14:paraId="5184DAA8" w14:textId="77777777" w:rsidR="00E026F5" w:rsidRPr="0018475E" w:rsidRDefault="00000000" w:rsidP="0018475E">
      <w:pPr>
        <w:pStyle w:val="Prrafodelista"/>
        <w:numPr>
          <w:ilvl w:val="0"/>
          <w:numId w:val="10"/>
        </w:numPr>
        <w:jc w:val="both"/>
        <w:rPr>
          <w:lang w:val="es-CL"/>
        </w:rPr>
      </w:pPr>
      <w:r w:rsidRPr="0018475E">
        <w:rPr>
          <w:sz w:val="21"/>
          <w:lang w:val="es-CL"/>
        </w:rPr>
        <w:t>Sede: __________________________</w:t>
      </w:r>
    </w:p>
    <w:p w14:paraId="70C542E8" w14:textId="77777777" w:rsidR="00E026F5" w:rsidRPr="0018475E" w:rsidRDefault="00000000" w:rsidP="0018475E">
      <w:pPr>
        <w:pStyle w:val="Prrafodelista"/>
        <w:numPr>
          <w:ilvl w:val="0"/>
          <w:numId w:val="10"/>
        </w:numPr>
        <w:jc w:val="both"/>
        <w:rPr>
          <w:lang w:val="es-CL"/>
        </w:rPr>
      </w:pPr>
      <w:r w:rsidRPr="0018475E">
        <w:rPr>
          <w:sz w:val="21"/>
          <w:lang w:val="es-CL"/>
        </w:rPr>
        <w:t>Unidad Académica / Carrera: ________________________________________________</w:t>
      </w:r>
    </w:p>
    <w:p w14:paraId="5AA4C35A" w14:textId="77777777" w:rsidR="00E026F5" w:rsidRPr="0018475E" w:rsidRDefault="00000000" w:rsidP="0018475E">
      <w:pPr>
        <w:pStyle w:val="Prrafodelista"/>
        <w:numPr>
          <w:ilvl w:val="0"/>
          <w:numId w:val="10"/>
        </w:numPr>
        <w:jc w:val="both"/>
        <w:rPr>
          <w:lang w:val="es-CL"/>
        </w:rPr>
      </w:pPr>
      <w:r w:rsidRPr="0018475E">
        <w:rPr>
          <w:sz w:val="21"/>
          <w:lang w:val="es-CL"/>
        </w:rPr>
        <w:t xml:space="preserve">Tipo de contrato: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Planta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Contrata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Honorarios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Otro: ____________________</w:t>
      </w:r>
    </w:p>
    <w:p w14:paraId="7DE7444F" w14:textId="77777777" w:rsidR="00E026F5" w:rsidRPr="0018475E" w:rsidRDefault="00000000" w:rsidP="0018475E">
      <w:pPr>
        <w:pStyle w:val="Prrafodelista"/>
        <w:numPr>
          <w:ilvl w:val="0"/>
          <w:numId w:val="10"/>
        </w:numPr>
        <w:jc w:val="both"/>
        <w:rPr>
          <w:sz w:val="21"/>
          <w:lang w:val="es-CL"/>
        </w:rPr>
      </w:pPr>
      <w:r w:rsidRPr="0018475E">
        <w:rPr>
          <w:sz w:val="21"/>
          <w:lang w:val="es-CL"/>
        </w:rPr>
        <w:t>Antigüedad en la UAC (años): ____________________</w:t>
      </w:r>
    </w:p>
    <w:p w14:paraId="33E791CD" w14:textId="475B6453" w:rsidR="0018475E" w:rsidRPr="0018475E" w:rsidRDefault="0018475E" w:rsidP="0018475E">
      <w:pPr>
        <w:pStyle w:val="Prrafodelista"/>
        <w:numPr>
          <w:ilvl w:val="0"/>
          <w:numId w:val="10"/>
        </w:numPr>
        <w:jc w:val="both"/>
        <w:rPr>
          <w:lang w:val="es-CL"/>
        </w:rPr>
      </w:pPr>
      <w:r w:rsidRPr="0018475E">
        <w:rPr>
          <w:sz w:val="21"/>
          <w:lang w:val="es-CL"/>
        </w:rPr>
        <w:t xml:space="preserve">Categoría actual de Jerarquización: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Instructor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Asistente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Asociado </w:t>
      </w:r>
      <w:r w:rsidRPr="0018475E">
        <w:rPr>
          <w:rFonts w:ascii="Segoe UI Symbol" w:hAnsi="Segoe UI Symbol" w:cs="Segoe UI Symbol"/>
          <w:sz w:val="21"/>
          <w:lang w:val="es-CL"/>
        </w:rPr>
        <w:t>☐</w:t>
      </w:r>
      <w:r w:rsidRPr="0018475E">
        <w:rPr>
          <w:sz w:val="21"/>
          <w:lang w:val="es-CL"/>
        </w:rPr>
        <w:t xml:space="preserve"> Titular</w:t>
      </w:r>
    </w:p>
    <w:p w14:paraId="46359DE0" w14:textId="77777777" w:rsidR="0018475E" w:rsidRDefault="0018475E">
      <w:pPr>
        <w:rPr>
          <w:b/>
          <w:sz w:val="24"/>
          <w:lang w:val="es-CL"/>
        </w:rPr>
      </w:pPr>
    </w:p>
    <w:p w14:paraId="6DFD8C8A" w14:textId="5952528C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t>I</w:t>
      </w:r>
      <w:r w:rsidR="0018475E">
        <w:rPr>
          <w:b/>
          <w:sz w:val="24"/>
          <w:lang w:val="es-CL"/>
        </w:rPr>
        <w:t>II</w:t>
      </w:r>
      <w:r w:rsidRPr="0063506C">
        <w:rPr>
          <w:b/>
          <w:sz w:val="24"/>
          <w:lang w:val="es-CL"/>
        </w:rPr>
        <w:t>. DECLARACIÓN DE ANTECEDENTES POR CRITERIO</w:t>
      </w:r>
    </w:p>
    <w:p w14:paraId="33057C40" w14:textId="77777777" w:rsidR="00E026F5" w:rsidRPr="0063506C" w:rsidRDefault="00000000" w:rsidP="0018475E">
      <w:pPr>
        <w:jc w:val="both"/>
        <w:rPr>
          <w:lang w:val="es-CL"/>
        </w:rPr>
      </w:pPr>
      <w:r w:rsidRPr="0063506C">
        <w:rPr>
          <w:sz w:val="21"/>
          <w:lang w:val="es-CL"/>
        </w:rPr>
        <w:t>El/la postulante debe marcar una sola opción por criterio y adjuntar las evidencias correspondientes. La Comisión Evaluadora validará la información declarada.</w:t>
      </w:r>
    </w:p>
    <w:p w14:paraId="747C6F4D" w14:textId="77777777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br/>
        <w:t>1. Cargo de gestión académica más alto (6%)</w:t>
      </w:r>
    </w:p>
    <w:p w14:paraId="64C6C4D2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No tiene / No responde</w:t>
      </w:r>
    </w:p>
    <w:p w14:paraId="3879A333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Coordinación</w:t>
      </w:r>
    </w:p>
    <w:p w14:paraId="2D76BF7C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Subdirección</w:t>
      </w:r>
    </w:p>
    <w:p w14:paraId="3F9CB75D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Dirección</w:t>
      </w:r>
    </w:p>
    <w:p w14:paraId="7A3330EA" w14:textId="77777777" w:rsidR="00E026F5" w:rsidRDefault="00000000" w:rsidP="0018475E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Decanatura o superior</w:t>
      </w:r>
    </w:p>
    <w:p w14:paraId="72BCD1B9" w14:textId="77777777" w:rsidR="0018475E" w:rsidRPr="0063506C" w:rsidRDefault="0018475E" w:rsidP="0018475E">
      <w:pPr>
        <w:spacing w:after="0" w:line="240" w:lineRule="auto"/>
        <w:rPr>
          <w:lang w:val="es-CL"/>
        </w:rPr>
      </w:pPr>
    </w:p>
    <w:p w14:paraId="18E881D0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2AC8C555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73470D44" w14:textId="77777777" w:rsidR="00E026F5" w:rsidRPr="0063506C" w:rsidRDefault="00000000">
      <w:pPr>
        <w:rPr>
          <w:lang w:val="es-CL"/>
        </w:rPr>
      </w:pPr>
      <w:r w:rsidRPr="0018475E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07D4DD2C" w14:textId="7F6D8C99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lastRenderedPageBreak/>
        <w:t>2. Experiencia Docente Universitaria (8%)</w:t>
      </w:r>
    </w:p>
    <w:p w14:paraId="0C359104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0 años</w:t>
      </w:r>
    </w:p>
    <w:p w14:paraId="7E090A7C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1 a 3 años</w:t>
      </w:r>
    </w:p>
    <w:p w14:paraId="3BE4348D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4 a 6 años</w:t>
      </w:r>
    </w:p>
    <w:p w14:paraId="3CC0E8A7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7 a 9 años</w:t>
      </w:r>
    </w:p>
    <w:p w14:paraId="4FAA29EE" w14:textId="77777777" w:rsidR="00E026F5" w:rsidRDefault="00000000" w:rsidP="0018475E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10 años o más</w:t>
      </w:r>
    </w:p>
    <w:p w14:paraId="1F52B239" w14:textId="77777777" w:rsidR="0018475E" w:rsidRPr="0063506C" w:rsidRDefault="0018475E" w:rsidP="0018475E">
      <w:pPr>
        <w:spacing w:after="0" w:line="240" w:lineRule="auto"/>
        <w:rPr>
          <w:lang w:val="es-CL"/>
        </w:rPr>
      </w:pPr>
    </w:p>
    <w:p w14:paraId="4E177271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748E30DD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0DF589FF" w14:textId="77777777" w:rsidR="00E026F5" w:rsidRPr="0063506C" w:rsidRDefault="00000000" w:rsidP="0018475E">
      <w:pPr>
        <w:spacing w:after="0" w:line="240" w:lineRule="auto"/>
        <w:rPr>
          <w:lang w:val="es-CL"/>
        </w:rPr>
      </w:pPr>
      <w:r w:rsidRPr="0018475E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1FBBAAEB" w14:textId="77777777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br/>
        <w:t>3. Experiencia en gestión académica (7%)</w:t>
      </w:r>
    </w:p>
    <w:p w14:paraId="7D98C472" w14:textId="77777777" w:rsidR="00E026F5" w:rsidRPr="0063506C" w:rsidRDefault="00000000" w:rsidP="000000D9">
      <w:pPr>
        <w:spacing w:after="0" w:line="240" w:lineRule="auto"/>
        <w:jc w:val="both"/>
        <w:rPr>
          <w:lang w:val="es-CL"/>
        </w:rPr>
      </w:pPr>
      <w:r w:rsidRPr="0063506C">
        <w:rPr>
          <w:sz w:val="21"/>
          <w:lang w:val="es-CL"/>
        </w:rPr>
        <w:t>☐ 0 años</w:t>
      </w:r>
    </w:p>
    <w:p w14:paraId="68B549C4" w14:textId="77777777" w:rsidR="00E026F5" w:rsidRPr="0063506C" w:rsidRDefault="00000000" w:rsidP="000000D9">
      <w:pPr>
        <w:spacing w:after="0" w:line="240" w:lineRule="auto"/>
        <w:jc w:val="both"/>
        <w:rPr>
          <w:lang w:val="es-CL"/>
        </w:rPr>
      </w:pPr>
      <w:r w:rsidRPr="0063506C">
        <w:rPr>
          <w:sz w:val="21"/>
          <w:lang w:val="es-CL"/>
        </w:rPr>
        <w:t>☐ 1 a 4 años</w:t>
      </w:r>
    </w:p>
    <w:p w14:paraId="0DDBC3E4" w14:textId="77777777" w:rsidR="00E026F5" w:rsidRPr="0063506C" w:rsidRDefault="00000000" w:rsidP="000000D9">
      <w:pPr>
        <w:spacing w:after="0" w:line="240" w:lineRule="auto"/>
        <w:jc w:val="both"/>
        <w:rPr>
          <w:lang w:val="es-CL"/>
        </w:rPr>
      </w:pPr>
      <w:r w:rsidRPr="0063506C">
        <w:rPr>
          <w:sz w:val="21"/>
          <w:lang w:val="es-CL"/>
        </w:rPr>
        <w:t>☐ 5 a 8 años</w:t>
      </w:r>
    </w:p>
    <w:p w14:paraId="42F6B395" w14:textId="77777777" w:rsidR="00E026F5" w:rsidRPr="0063506C" w:rsidRDefault="00000000" w:rsidP="000000D9">
      <w:pPr>
        <w:spacing w:after="0" w:line="240" w:lineRule="auto"/>
        <w:jc w:val="both"/>
        <w:rPr>
          <w:lang w:val="es-CL"/>
        </w:rPr>
      </w:pPr>
      <w:r w:rsidRPr="0063506C">
        <w:rPr>
          <w:sz w:val="21"/>
          <w:lang w:val="es-CL"/>
        </w:rPr>
        <w:t>☐ 9 a 12 años</w:t>
      </w:r>
    </w:p>
    <w:p w14:paraId="0D5425FC" w14:textId="77777777" w:rsidR="00E026F5" w:rsidRDefault="00000000" w:rsidP="000000D9">
      <w:pPr>
        <w:spacing w:after="0" w:line="240" w:lineRule="auto"/>
        <w:jc w:val="both"/>
        <w:rPr>
          <w:sz w:val="21"/>
          <w:lang w:val="es-CL"/>
        </w:rPr>
      </w:pPr>
      <w:r w:rsidRPr="0063506C">
        <w:rPr>
          <w:sz w:val="21"/>
          <w:lang w:val="es-CL"/>
        </w:rPr>
        <w:t>☐ 13 años o más</w:t>
      </w:r>
    </w:p>
    <w:p w14:paraId="571A4258" w14:textId="77777777" w:rsidR="000000D9" w:rsidRPr="0063506C" w:rsidRDefault="000000D9" w:rsidP="000000D9">
      <w:pPr>
        <w:spacing w:after="0" w:line="240" w:lineRule="auto"/>
        <w:jc w:val="both"/>
        <w:rPr>
          <w:lang w:val="es-CL"/>
        </w:rPr>
      </w:pPr>
    </w:p>
    <w:p w14:paraId="7041F9A1" w14:textId="77777777" w:rsidR="00E026F5" w:rsidRPr="0063506C" w:rsidRDefault="00000000" w:rsidP="000000D9">
      <w:pPr>
        <w:spacing w:after="0" w:line="240" w:lineRule="auto"/>
        <w:jc w:val="both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2E128176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16FD5BF8" w14:textId="77777777" w:rsidR="00E026F5" w:rsidRPr="0063506C" w:rsidRDefault="00000000">
      <w:pPr>
        <w:rPr>
          <w:lang w:val="es-CL"/>
        </w:rPr>
      </w:pPr>
      <w:r w:rsidRPr="000000D9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10BDF33E" w14:textId="77777777" w:rsidR="00E026F5" w:rsidRPr="0063506C" w:rsidRDefault="00000000" w:rsidP="000000D9">
      <w:pPr>
        <w:jc w:val="both"/>
        <w:rPr>
          <w:lang w:val="es-CL"/>
        </w:rPr>
      </w:pPr>
      <w:r w:rsidRPr="0063506C">
        <w:rPr>
          <w:b/>
          <w:sz w:val="24"/>
          <w:lang w:val="es-CL"/>
        </w:rPr>
        <w:br/>
        <w:t>4. Proyectos de investigación con financiamiento (8%)</w:t>
      </w:r>
    </w:p>
    <w:p w14:paraId="62294333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Ninguno</w:t>
      </w:r>
    </w:p>
    <w:p w14:paraId="6403E5C6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1 proyecto</w:t>
      </w:r>
    </w:p>
    <w:p w14:paraId="0492CC80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2 a 3 proyectos</w:t>
      </w:r>
    </w:p>
    <w:p w14:paraId="0EBC0FBD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4 a 5 proyectos</w:t>
      </w:r>
    </w:p>
    <w:p w14:paraId="5FB472D7" w14:textId="77777777" w:rsidR="00E026F5" w:rsidRDefault="00000000" w:rsidP="000000D9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6 o más proyectos</w:t>
      </w:r>
    </w:p>
    <w:p w14:paraId="56DDDE06" w14:textId="77777777" w:rsidR="000000D9" w:rsidRPr="0063506C" w:rsidRDefault="000000D9" w:rsidP="000000D9">
      <w:pPr>
        <w:spacing w:after="0" w:line="240" w:lineRule="auto"/>
        <w:rPr>
          <w:lang w:val="es-CL"/>
        </w:rPr>
      </w:pPr>
    </w:p>
    <w:p w14:paraId="28A69040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18F8C18B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1A25A041" w14:textId="77777777" w:rsidR="00E026F5" w:rsidRPr="0063506C" w:rsidRDefault="00000000">
      <w:pPr>
        <w:rPr>
          <w:lang w:val="es-CL"/>
        </w:rPr>
      </w:pPr>
      <w:r w:rsidRPr="000000D9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30819E47" w14:textId="77777777" w:rsidR="00E026F5" w:rsidRPr="0063506C" w:rsidRDefault="00000000" w:rsidP="000000D9">
      <w:pPr>
        <w:jc w:val="both"/>
        <w:rPr>
          <w:lang w:val="es-CL"/>
        </w:rPr>
      </w:pPr>
      <w:r w:rsidRPr="0063506C">
        <w:rPr>
          <w:b/>
          <w:sz w:val="24"/>
          <w:lang w:val="es-CL"/>
        </w:rPr>
        <w:br/>
        <w:t>5. Proyectos de Vinculación con el Medio con financiamiento (8%)</w:t>
      </w:r>
    </w:p>
    <w:p w14:paraId="77A1DA43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Ninguno</w:t>
      </w:r>
    </w:p>
    <w:p w14:paraId="173F3FB1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1 proyecto</w:t>
      </w:r>
    </w:p>
    <w:p w14:paraId="707B2CCF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2 a 3 proyectos</w:t>
      </w:r>
    </w:p>
    <w:p w14:paraId="4072F44A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4 a 5 proyectos</w:t>
      </w:r>
    </w:p>
    <w:p w14:paraId="151294BA" w14:textId="77777777" w:rsidR="00E026F5" w:rsidRDefault="00000000" w:rsidP="000000D9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6 o más proyectos</w:t>
      </w:r>
    </w:p>
    <w:p w14:paraId="04E04EE2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lastRenderedPageBreak/>
        <w:t>Descripción breve de antecedentes y referencia a evidencias adjuntas:</w:t>
      </w:r>
    </w:p>
    <w:p w14:paraId="2C3EE721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0435AB38" w14:textId="77777777" w:rsidR="00E026F5" w:rsidRPr="0063506C" w:rsidRDefault="00000000">
      <w:pPr>
        <w:rPr>
          <w:lang w:val="es-CL"/>
        </w:rPr>
      </w:pPr>
      <w:r w:rsidRPr="000000D9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19F628BC" w14:textId="77777777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br/>
        <w:t>6. Congresos o seminarios como expositor/a (6%)</w:t>
      </w:r>
    </w:p>
    <w:p w14:paraId="13858047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Ninguno</w:t>
      </w:r>
    </w:p>
    <w:p w14:paraId="0396DE51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1 a 2 participaciones</w:t>
      </w:r>
    </w:p>
    <w:p w14:paraId="4DDB7795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3 a 4 participaciones</w:t>
      </w:r>
    </w:p>
    <w:p w14:paraId="778764C5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5 a 9 participaciones</w:t>
      </w:r>
    </w:p>
    <w:p w14:paraId="2031CB03" w14:textId="77777777" w:rsidR="00E026F5" w:rsidRDefault="00000000" w:rsidP="000000D9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10 o más participaciones</w:t>
      </w:r>
    </w:p>
    <w:p w14:paraId="19401193" w14:textId="77777777" w:rsidR="000000D9" w:rsidRPr="0063506C" w:rsidRDefault="000000D9" w:rsidP="000000D9">
      <w:pPr>
        <w:spacing w:after="0" w:line="240" w:lineRule="auto"/>
        <w:rPr>
          <w:lang w:val="es-CL"/>
        </w:rPr>
      </w:pPr>
    </w:p>
    <w:p w14:paraId="3145E5DE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61903CD4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757A8048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Evidencias adjuntas: ☐ Sí ☐ No</w:t>
      </w:r>
    </w:p>
    <w:p w14:paraId="7798403D" w14:textId="77777777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br/>
        <w:t>7. Publicaciones indexadas (8%)</w:t>
      </w:r>
    </w:p>
    <w:p w14:paraId="26E56E8E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Ninguna</w:t>
      </w:r>
    </w:p>
    <w:p w14:paraId="4ACF03F1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Autor/a o coautor/a en 1 publicación</w:t>
      </w:r>
    </w:p>
    <w:p w14:paraId="02D723E6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Autor/a o coautor/a en 2–3 publicaciones</w:t>
      </w:r>
    </w:p>
    <w:p w14:paraId="1288DEE3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Autor/a principal en al menos 2 publicaciones</w:t>
      </w:r>
    </w:p>
    <w:p w14:paraId="27DB6404" w14:textId="77777777" w:rsidR="00E026F5" w:rsidRDefault="00000000" w:rsidP="000000D9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Autor/a principal en al menos 4 publicaciones</w:t>
      </w:r>
    </w:p>
    <w:p w14:paraId="1BC24FDA" w14:textId="77777777" w:rsidR="000000D9" w:rsidRPr="0063506C" w:rsidRDefault="000000D9" w:rsidP="000000D9">
      <w:pPr>
        <w:spacing w:after="0" w:line="240" w:lineRule="auto"/>
        <w:rPr>
          <w:lang w:val="es-CL"/>
        </w:rPr>
      </w:pPr>
    </w:p>
    <w:p w14:paraId="2698A4C1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48F53589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0213B62B" w14:textId="77777777" w:rsidR="00E026F5" w:rsidRPr="0063506C" w:rsidRDefault="00000000">
      <w:pPr>
        <w:rPr>
          <w:lang w:val="es-CL"/>
        </w:rPr>
      </w:pPr>
      <w:r w:rsidRPr="000000D9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49404A97" w14:textId="087E2F6C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t>8. Experiencia disciplinar fuera de la Educación Superior (6%)</w:t>
      </w:r>
    </w:p>
    <w:p w14:paraId="427A5AD3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Ninguna</w:t>
      </w:r>
    </w:p>
    <w:p w14:paraId="6AFB2492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1 a 4 años</w:t>
      </w:r>
    </w:p>
    <w:p w14:paraId="3FB6DFAA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5 a 8 años</w:t>
      </w:r>
    </w:p>
    <w:p w14:paraId="65AF4284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9 a 12 años</w:t>
      </w:r>
    </w:p>
    <w:p w14:paraId="0F979FEB" w14:textId="77777777" w:rsidR="00E026F5" w:rsidRDefault="00000000" w:rsidP="000000D9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13 años o más</w:t>
      </w:r>
    </w:p>
    <w:p w14:paraId="55BE1D2A" w14:textId="77777777" w:rsidR="000000D9" w:rsidRPr="0063506C" w:rsidRDefault="000000D9" w:rsidP="000000D9">
      <w:pPr>
        <w:spacing w:after="0" w:line="240" w:lineRule="auto"/>
        <w:rPr>
          <w:lang w:val="es-CL"/>
        </w:rPr>
      </w:pPr>
    </w:p>
    <w:p w14:paraId="46DEA54E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66787E3F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379019B8" w14:textId="77777777" w:rsidR="00E026F5" w:rsidRPr="0063506C" w:rsidRDefault="00000000">
      <w:pPr>
        <w:rPr>
          <w:lang w:val="es-CL"/>
        </w:rPr>
      </w:pPr>
      <w:r w:rsidRPr="000000D9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2D187D87" w14:textId="77777777" w:rsidR="00B030E4" w:rsidRDefault="00B030E4">
      <w:pPr>
        <w:rPr>
          <w:b/>
          <w:sz w:val="24"/>
          <w:lang w:val="es-CL"/>
        </w:rPr>
      </w:pPr>
    </w:p>
    <w:p w14:paraId="2E3771B9" w14:textId="28B7C54A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lastRenderedPageBreak/>
        <w:t>9. Formación en docencia universitaria (9%)</w:t>
      </w:r>
    </w:p>
    <w:p w14:paraId="2012A3CB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Ninguna</w:t>
      </w:r>
    </w:p>
    <w:p w14:paraId="06227792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1 a 4 años</w:t>
      </w:r>
    </w:p>
    <w:p w14:paraId="7351C0D3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5 a 8 años</w:t>
      </w:r>
    </w:p>
    <w:p w14:paraId="225F65FA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9 a 12 años</w:t>
      </w:r>
    </w:p>
    <w:p w14:paraId="40D7DD18" w14:textId="77777777" w:rsidR="00E026F5" w:rsidRDefault="00000000" w:rsidP="000000D9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13 años o más</w:t>
      </w:r>
    </w:p>
    <w:p w14:paraId="1497A6A0" w14:textId="77777777" w:rsidR="000000D9" w:rsidRPr="0063506C" w:rsidRDefault="000000D9" w:rsidP="000000D9">
      <w:pPr>
        <w:spacing w:after="0" w:line="240" w:lineRule="auto"/>
        <w:rPr>
          <w:lang w:val="es-CL"/>
        </w:rPr>
      </w:pPr>
    </w:p>
    <w:p w14:paraId="3449C12E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0C84C4ED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5C8368F3" w14:textId="77777777" w:rsidR="00E026F5" w:rsidRPr="0063506C" w:rsidRDefault="00000000">
      <w:pPr>
        <w:rPr>
          <w:lang w:val="es-CL"/>
        </w:rPr>
      </w:pPr>
      <w:r w:rsidRPr="000000D9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385E1C9A" w14:textId="77777777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br/>
        <w:t>10. Evaluación de la Docencia (últimos 2 años) (12%)</w:t>
      </w:r>
    </w:p>
    <w:p w14:paraId="0D7C101F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Resultado 0 – 1</w:t>
      </w:r>
    </w:p>
    <w:p w14:paraId="6B83365F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Resultado 1,1 – 2</w:t>
      </w:r>
    </w:p>
    <w:p w14:paraId="23C9D4CC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Resultado 2,1 – 3</w:t>
      </w:r>
    </w:p>
    <w:p w14:paraId="10F55A5F" w14:textId="77777777" w:rsidR="00E026F5" w:rsidRDefault="00000000" w:rsidP="000000D9">
      <w:pPr>
        <w:spacing w:after="0" w:line="240" w:lineRule="auto"/>
        <w:rPr>
          <w:sz w:val="21"/>
          <w:lang w:val="es-CL"/>
        </w:rPr>
      </w:pPr>
      <w:r w:rsidRPr="0063506C">
        <w:rPr>
          <w:sz w:val="21"/>
          <w:lang w:val="es-CL"/>
        </w:rPr>
        <w:t>☐ Resultado 3,1 – 4</w:t>
      </w:r>
    </w:p>
    <w:p w14:paraId="72E8CEF2" w14:textId="77777777" w:rsidR="000000D9" w:rsidRPr="0063506C" w:rsidRDefault="000000D9" w:rsidP="000000D9">
      <w:pPr>
        <w:spacing w:after="0" w:line="240" w:lineRule="auto"/>
        <w:rPr>
          <w:lang w:val="es-CL"/>
        </w:rPr>
      </w:pPr>
    </w:p>
    <w:p w14:paraId="2F98B432" w14:textId="77777777" w:rsidR="00E026F5" w:rsidRPr="0063506C" w:rsidRDefault="00000000" w:rsidP="000000D9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1045B929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5DDD08F3" w14:textId="77777777" w:rsidR="00E026F5" w:rsidRPr="0063506C" w:rsidRDefault="00000000">
      <w:pPr>
        <w:rPr>
          <w:lang w:val="es-CL"/>
        </w:rPr>
      </w:pPr>
      <w:r w:rsidRPr="000000D9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3F20BC32" w14:textId="1BD35C93" w:rsidR="0018475E" w:rsidRPr="0063506C" w:rsidRDefault="00000000" w:rsidP="0018475E">
      <w:pPr>
        <w:rPr>
          <w:lang w:val="es-CL"/>
        </w:rPr>
      </w:pPr>
      <w:r w:rsidRPr="0063506C">
        <w:rPr>
          <w:b/>
          <w:sz w:val="24"/>
          <w:lang w:val="es-CL"/>
        </w:rPr>
        <w:br/>
      </w:r>
      <w:r w:rsidR="0018475E" w:rsidRPr="0063506C">
        <w:rPr>
          <w:b/>
          <w:sz w:val="24"/>
          <w:lang w:val="es-CL"/>
        </w:rPr>
        <w:t xml:space="preserve">11. </w:t>
      </w:r>
      <w:r w:rsidR="0018475E">
        <w:rPr>
          <w:b/>
          <w:sz w:val="24"/>
          <w:lang w:val="es-CL"/>
        </w:rPr>
        <w:t>Grado Académico</w:t>
      </w:r>
    </w:p>
    <w:p w14:paraId="65E0B22A" w14:textId="77777777" w:rsidR="0018475E" w:rsidRPr="0063506C" w:rsidRDefault="0018475E" w:rsidP="0018475E">
      <w:pPr>
        <w:rPr>
          <w:lang w:val="es-CL"/>
        </w:rPr>
      </w:pPr>
      <w:r w:rsidRPr="0063506C">
        <w:rPr>
          <w:sz w:val="21"/>
          <w:lang w:val="es-CL"/>
        </w:rPr>
        <w:t>Marque el grado académico más alto alcanzado (según Reglamento del Académico UAC):</w:t>
      </w:r>
    </w:p>
    <w:p w14:paraId="781FD397" w14:textId="77777777" w:rsidR="0018475E" w:rsidRPr="0063506C" w:rsidRDefault="0018475E" w:rsidP="0018475E">
      <w:pPr>
        <w:rPr>
          <w:lang w:val="es-CL"/>
        </w:rPr>
      </w:pPr>
      <w:r w:rsidRPr="0063506C">
        <w:rPr>
          <w:sz w:val="21"/>
          <w:lang w:val="es-CL"/>
        </w:rPr>
        <w:t>☐ Título Profesional   ☐ Licenciatura   ☐ Magíster   ☐ Doctor   ☐ Postdoctorado</w:t>
      </w:r>
    </w:p>
    <w:p w14:paraId="0790F480" w14:textId="78053BFE" w:rsidR="0018475E" w:rsidRDefault="0018475E" w:rsidP="0018475E">
      <w:pPr>
        <w:rPr>
          <w:b/>
          <w:sz w:val="24"/>
          <w:lang w:val="es-CL"/>
        </w:rPr>
      </w:pPr>
      <w:r w:rsidRPr="0063506C">
        <w:rPr>
          <w:sz w:val="21"/>
          <w:lang w:val="es-CL"/>
        </w:rPr>
        <w:t>Institución otorgante: ________________________________________________</w:t>
      </w:r>
    </w:p>
    <w:p w14:paraId="6C21C43F" w14:textId="77777777" w:rsidR="0018475E" w:rsidRPr="0063506C" w:rsidRDefault="0018475E" w:rsidP="0018475E">
      <w:pPr>
        <w:rPr>
          <w:lang w:val="es-CL"/>
        </w:rPr>
      </w:pPr>
      <w:r w:rsidRPr="003C640A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133DA647" w14:textId="77777777" w:rsidR="0018475E" w:rsidRDefault="0018475E">
      <w:pPr>
        <w:rPr>
          <w:b/>
          <w:sz w:val="24"/>
          <w:lang w:val="es-CL"/>
        </w:rPr>
      </w:pPr>
    </w:p>
    <w:p w14:paraId="03AD2ED1" w14:textId="53C49CAD" w:rsidR="00E026F5" w:rsidRDefault="00000000" w:rsidP="003C640A">
      <w:pPr>
        <w:spacing w:after="0" w:line="240" w:lineRule="auto"/>
        <w:rPr>
          <w:b/>
          <w:sz w:val="24"/>
          <w:lang w:val="es-CL"/>
        </w:rPr>
      </w:pPr>
      <w:r w:rsidRPr="0063506C">
        <w:rPr>
          <w:b/>
          <w:sz w:val="24"/>
          <w:lang w:val="es-CL"/>
        </w:rPr>
        <w:t>1</w:t>
      </w:r>
      <w:r w:rsidR="0018475E">
        <w:rPr>
          <w:b/>
          <w:sz w:val="24"/>
          <w:lang w:val="es-CL"/>
        </w:rPr>
        <w:t>2</w:t>
      </w:r>
      <w:r w:rsidRPr="0063506C">
        <w:rPr>
          <w:b/>
          <w:sz w:val="24"/>
          <w:lang w:val="es-CL"/>
        </w:rPr>
        <w:t>. Innovación en el área Curricular, Metodológica y/o Evaluativa (7%)</w:t>
      </w:r>
      <w:r w:rsidR="0018475E">
        <w:rPr>
          <w:b/>
          <w:sz w:val="24"/>
          <w:lang w:val="es-CL"/>
        </w:rPr>
        <w:t xml:space="preserve"> </w:t>
      </w:r>
    </w:p>
    <w:p w14:paraId="6FC28D4B" w14:textId="69083330" w:rsidR="0018475E" w:rsidRDefault="0018475E" w:rsidP="003C640A">
      <w:pPr>
        <w:spacing w:after="0" w:line="240" w:lineRule="auto"/>
        <w:rPr>
          <w:bCs/>
          <w:sz w:val="24"/>
          <w:lang w:val="es-CL"/>
        </w:rPr>
      </w:pPr>
      <w:r w:rsidRPr="003C640A">
        <w:rPr>
          <w:b/>
          <w:sz w:val="24"/>
          <w:highlight w:val="yellow"/>
          <w:lang w:val="es-CL"/>
        </w:rPr>
        <w:t xml:space="preserve">Nota: </w:t>
      </w:r>
      <w:r w:rsidRPr="003C640A">
        <w:rPr>
          <w:bCs/>
          <w:sz w:val="24"/>
          <w:highlight w:val="yellow"/>
          <w:lang w:val="es-CL"/>
        </w:rPr>
        <w:t xml:space="preserve">Se adjunta </w:t>
      </w:r>
      <w:r w:rsidR="009503CE">
        <w:rPr>
          <w:bCs/>
          <w:sz w:val="24"/>
          <w:highlight w:val="yellow"/>
          <w:lang w:val="es-CL"/>
        </w:rPr>
        <w:t xml:space="preserve">archivo con </w:t>
      </w:r>
      <w:r w:rsidRPr="003C640A">
        <w:rPr>
          <w:bCs/>
          <w:sz w:val="24"/>
          <w:highlight w:val="yellow"/>
          <w:lang w:val="es-CL"/>
        </w:rPr>
        <w:t>instrucciones y evaluación criterio 12.</w:t>
      </w:r>
    </w:p>
    <w:p w14:paraId="15182571" w14:textId="77777777" w:rsidR="003C640A" w:rsidRPr="0018475E" w:rsidRDefault="003C640A" w:rsidP="003C640A">
      <w:pPr>
        <w:spacing w:after="0" w:line="240" w:lineRule="auto"/>
        <w:rPr>
          <w:bCs/>
          <w:sz w:val="24"/>
          <w:lang w:val="es-CL"/>
        </w:rPr>
      </w:pPr>
    </w:p>
    <w:p w14:paraId="25E9C7EB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Sin evidencia</w:t>
      </w:r>
    </w:p>
    <w:p w14:paraId="14A73A7F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Participa o colabora en experiencias puntuales</w:t>
      </w:r>
    </w:p>
    <w:p w14:paraId="6E7BCF7C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Implementa innovaciones en al menos 2 áreas</w:t>
      </w:r>
    </w:p>
    <w:p w14:paraId="1ED3AE7A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Lidera procesos de innovación con sistematización</w:t>
      </w:r>
    </w:p>
    <w:p w14:paraId="39D93D7C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5E189C9B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713CC8FD" w14:textId="77777777" w:rsidR="00E026F5" w:rsidRPr="0063506C" w:rsidRDefault="00000000">
      <w:pPr>
        <w:rPr>
          <w:lang w:val="es-CL"/>
        </w:rPr>
      </w:pPr>
      <w:r w:rsidRPr="003C640A">
        <w:rPr>
          <w:b/>
          <w:bCs/>
          <w:sz w:val="21"/>
          <w:lang w:val="es-CL"/>
        </w:rPr>
        <w:lastRenderedPageBreak/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43F77437" w14:textId="0A67F8E6" w:rsidR="00E026F5" w:rsidRDefault="00000000" w:rsidP="003C640A">
      <w:pPr>
        <w:spacing w:after="0" w:line="240" w:lineRule="auto"/>
        <w:rPr>
          <w:b/>
          <w:sz w:val="24"/>
          <w:lang w:val="es-CL"/>
        </w:rPr>
      </w:pPr>
      <w:r w:rsidRPr="0063506C">
        <w:rPr>
          <w:b/>
          <w:sz w:val="24"/>
          <w:lang w:val="es-CL"/>
        </w:rPr>
        <w:br/>
        <w:t>1</w:t>
      </w:r>
      <w:r w:rsidR="0018475E">
        <w:rPr>
          <w:b/>
          <w:sz w:val="24"/>
          <w:lang w:val="es-CL"/>
        </w:rPr>
        <w:t>3</w:t>
      </w:r>
      <w:r w:rsidRPr="0063506C">
        <w:rPr>
          <w:b/>
          <w:sz w:val="24"/>
          <w:lang w:val="es-CL"/>
        </w:rPr>
        <w:t>. Reflexión docente sobre la práctica profesional (8%)</w:t>
      </w:r>
    </w:p>
    <w:p w14:paraId="42A65382" w14:textId="004BBA9C" w:rsidR="0018475E" w:rsidRDefault="0018475E" w:rsidP="003C640A">
      <w:pPr>
        <w:spacing w:after="0" w:line="240" w:lineRule="auto"/>
        <w:rPr>
          <w:bCs/>
          <w:sz w:val="24"/>
          <w:lang w:val="es-CL"/>
        </w:rPr>
      </w:pPr>
      <w:r w:rsidRPr="003C640A">
        <w:rPr>
          <w:b/>
          <w:sz w:val="24"/>
          <w:highlight w:val="yellow"/>
          <w:lang w:val="es-CL"/>
        </w:rPr>
        <w:t xml:space="preserve">Nota: </w:t>
      </w:r>
      <w:r w:rsidRPr="003C640A">
        <w:rPr>
          <w:bCs/>
          <w:sz w:val="24"/>
          <w:highlight w:val="yellow"/>
          <w:lang w:val="es-CL"/>
        </w:rPr>
        <w:t xml:space="preserve">Se adjunta </w:t>
      </w:r>
      <w:r w:rsidR="009503CE">
        <w:rPr>
          <w:bCs/>
          <w:sz w:val="24"/>
          <w:highlight w:val="yellow"/>
          <w:lang w:val="es-CL"/>
        </w:rPr>
        <w:t xml:space="preserve">archivo con </w:t>
      </w:r>
      <w:r w:rsidRPr="003C640A">
        <w:rPr>
          <w:bCs/>
          <w:sz w:val="24"/>
          <w:highlight w:val="yellow"/>
          <w:lang w:val="es-CL"/>
        </w:rPr>
        <w:t>instrucciones y evaluación criterio 13.</w:t>
      </w:r>
    </w:p>
    <w:p w14:paraId="53F5F0BF" w14:textId="77777777" w:rsidR="003C640A" w:rsidRPr="0063506C" w:rsidRDefault="003C640A" w:rsidP="003C640A">
      <w:pPr>
        <w:spacing w:after="0" w:line="240" w:lineRule="auto"/>
        <w:rPr>
          <w:lang w:val="es-CL"/>
        </w:rPr>
      </w:pPr>
    </w:p>
    <w:p w14:paraId="073247D0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Sin evidencia</w:t>
      </w:r>
    </w:p>
    <w:p w14:paraId="2EF9A445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Reflexión descriptiva</w:t>
      </w:r>
    </w:p>
    <w:p w14:paraId="3A1FBD43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Reflexión crítica</w:t>
      </w:r>
    </w:p>
    <w:p w14:paraId="6EAC9724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☐ Reflexión crítica y profunda articulada con el Perfil Docente UAC</w:t>
      </w:r>
    </w:p>
    <w:p w14:paraId="6E2F3E2E" w14:textId="77777777" w:rsidR="00E026F5" w:rsidRPr="0063506C" w:rsidRDefault="00000000" w:rsidP="003C640A">
      <w:pPr>
        <w:spacing w:after="0" w:line="240" w:lineRule="auto"/>
        <w:rPr>
          <w:lang w:val="es-CL"/>
        </w:rPr>
      </w:pPr>
      <w:r w:rsidRPr="0063506C">
        <w:rPr>
          <w:sz w:val="21"/>
          <w:lang w:val="es-CL"/>
        </w:rPr>
        <w:t>Descripción breve de antecedentes y referencia a evidencias adjuntas:</w:t>
      </w:r>
    </w:p>
    <w:p w14:paraId="25715F87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______________________________________________________________________________</w:t>
      </w:r>
    </w:p>
    <w:p w14:paraId="096A786A" w14:textId="77777777" w:rsidR="00E026F5" w:rsidRPr="0063506C" w:rsidRDefault="00000000">
      <w:pPr>
        <w:rPr>
          <w:lang w:val="es-CL"/>
        </w:rPr>
      </w:pPr>
      <w:r w:rsidRPr="003C640A">
        <w:rPr>
          <w:b/>
          <w:bCs/>
          <w:sz w:val="21"/>
          <w:lang w:val="es-CL"/>
        </w:rPr>
        <w:t>Evidencias adjuntas:</w:t>
      </w:r>
      <w:r w:rsidRPr="0063506C">
        <w:rPr>
          <w:sz w:val="21"/>
          <w:lang w:val="es-CL"/>
        </w:rPr>
        <w:t xml:space="preserve"> ☐ Sí ☐ No</w:t>
      </w:r>
    </w:p>
    <w:p w14:paraId="549A4117" w14:textId="77777777" w:rsidR="00E026F5" w:rsidRPr="0063506C" w:rsidRDefault="00000000">
      <w:pPr>
        <w:rPr>
          <w:lang w:val="es-CL"/>
        </w:rPr>
      </w:pPr>
      <w:r w:rsidRPr="0063506C">
        <w:rPr>
          <w:b/>
          <w:sz w:val="24"/>
          <w:lang w:val="es-CL"/>
        </w:rPr>
        <w:br/>
        <w:t>V. RESUMEN DE AUTO-REPORTE (USO DE LA COMISIÓN EVALUADORA)</w:t>
      </w:r>
    </w:p>
    <w:p w14:paraId="3CBFED3E" w14:textId="77777777" w:rsidR="00E026F5" w:rsidRPr="0063506C" w:rsidRDefault="00000000">
      <w:pPr>
        <w:rPr>
          <w:lang w:val="es-CL"/>
        </w:rPr>
      </w:pPr>
      <w:r w:rsidRPr="0063506C">
        <w:rPr>
          <w:sz w:val="21"/>
          <w:lang w:val="es-CL"/>
        </w:rPr>
        <w:t>Este cuadro será completado por la Comisión de Jerarquización Docente.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"/>
        <w:gridCol w:w="2788"/>
        <w:gridCol w:w="1276"/>
        <w:gridCol w:w="3617"/>
      </w:tblGrid>
      <w:tr w:rsidR="00E026F5" w14:paraId="01DB6CFD" w14:textId="77777777" w:rsidTr="00B030E4">
        <w:trPr>
          <w:jc w:val="center"/>
        </w:trPr>
        <w:tc>
          <w:tcPr>
            <w:tcW w:w="1006" w:type="dxa"/>
            <w:vAlign w:val="center"/>
          </w:tcPr>
          <w:p w14:paraId="29FD2DDB" w14:textId="77777777" w:rsidR="00E026F5" w:rsidRPr="0063506C" w:rsidRDefault="00000000" w:rsidP="0063506C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63506C">
              <w:rPr>
                <w:b/>
                <w:bCs/>
              </w:rPr>
              <w:t>Criterio</w:t>
            </w:r>
            <w:proofErr w:type="spellEnd"/>
          </w:p>
        </w:tc>
        <w:tc>
          <w:tcPr>
            <w:tcW w:w="2788" w:type="dxa"/>
            <w:vAlign w:val="center"/>
          </w:tcPr>
          <w:p w14:paraId="70D4E53A" w14:textId="77777777" w:rsidR="00E026F5" w:rsidRPr="0063506C" w:rsidRDefault="00000000" w:rsidP="0063506C">
            <w:pPr>
              <w:spacing w:after="0" w:line="240" w:lineRule="auto"/>
              <w:jc w:val="center"/>
              <w:rPr>
                <w:b/>
                <w:bCs/>
              </w:rPr>
            </w:pPr>
            <w:r w:rsidRPr="0063506C">
              <w:rPr>
                <w:b/>
                <w:bCs/>
              </w:rPr>
              <w:t>Opción declarada</w:t>
            </w:r>
          </w:p>
        </w:tc>
        <w:tc>
          <w:tcPr>
            <w:tcW w:w="1276" w:type="dxa"/>
            <w:vAlign w:val="center"/>
          </w:tcPr>
          <w:p w14:paraId="326AC487" w14:textId="77777777" w:rsidR="00E026F5" w:rsidRPr="0063506C" w:rsidRDefault="00000000" w:rsidP="0063506C">
            <w:pPr>
              <w:spacing w:after="0" w:line="240" w:lineRule="auto"/>
              <w:jc w:val="center"/>
              <w:rPr>
                <w:b/>
                <w:bCs/>
              </w:rPr>
            </w:pPr>
            <w:r w:rsidRPr="0063506C">
              <w:rPr>
                <w:b/>
                <w:bCs/>
              </w:rPr>
              <w:t>Puntaje asignado</w:t>
            </w:r>
          </w:p>
        </w:tc>
        <w:tc>
          <w:tcPr>
            <w:tcW w:w="3617" w:type="dxa"/>
            <w:vAlign w:val="center"/>
          </w:tcPr>
          <w:p w14:paraId="45023C98" w14:textId="77777777" w:rsidR="00E026F5" w:rsidRPr="0063506C" w:rsidRDefault="00000000" w:rsidP="0063506C">
            <w:pPr>
              <w:spacing w:after="0" w:line="240" w:lineRule="auto"/>
              <w:jc w:val="center"/>
              <w:rPr>
                <w:b/>
                <w:bCs/>
              </w:rPr>
            </w:pPr>
            <w:r w:rsidRPr="0063506C">
              <w:rPr>
                <w:b/>
                <w:bCs/>
              </w:rPr>
              <w:t>Observaciones</w:t>
            </w:r>
          </w:p>
        </w:tc>
      </w:tr>
      <w:tr w:rsidR="00E026F5" w14:paraId="1ED3A96C" w14:textId="77777777" w:rsidTr="00B030E4">
        <w:trPr>
          <w:jc w:val="center"/>
        </w:trPr>
        <w:tc>
          <w:tcPr>
            <w:tcW w:w="1006" w:type="dxa"/>
          </w:tcPr>
          <w:p w14:paraId="59F0CA40" w14:textId="77777777" w:rsidR="00E026F5" w:rsidRDefault="00000000" w:rsidP="0063506C">
            <w:pPr>
              <w:jc w:val="center"/>
            </w:pPr>
            <w:r>
              <w:t>1</w:t>
            </w:r>
          </w:p>
        </w:tc>
        <w:tc>
          <w:tcPr>
            <w:tcW w:w="2788" w:type="dxa"/>
          </w:tcPr>
          <w:p w14:paraId="058BD6C4" w14:textId="77777777" w:rsidR="00E026F5" w:rsidRDefault="00E026F5"/>
        </w:tc>
        <w:tc>
          <w:tcPr>
            <w:tcW w:w="1276" w:type="dxa"/>
          </w:tcPr>
          <w:p w14:paraId="60BADBB1" w14:textId="77777777" w:rsidR="00E026F5" w:rsidRDefault="00E026F5"/>
        </w:tc>
        <w:tc>
          <w:tcPr>
            <w:tcW w:w="3617" w:type="dxa"/>
          </w:tcPr>
          <w:p w14:paraId="7B8B01DE" w14:textId="77777777" w:rsidR="00E026F5" w:rsidRDefault="00E026F5"/>
        </w:tc>
      </w:tr>
      <w:tr w:rsidR="00E026F5" w14:paraId="3EA94960" w14:textId="77777777" w:rsidTr="00B030E4">
        <w:trPr>
          <w:jc w:val="center"/>
        </w:trPr>
        <w:tc>
          <w:tcPr>
            <w:tcW w:w="1006" w:type="dxa"/>
          </w:tcPr>
          <w:p w14:paraId="39174CCE" w14:textId="77777777" w:rsidR="00E026F5" w:rsidRDefault="00000000" w:rsidP="0063506C">
            <w:pPr>
              <w:jc w:val="center"/>
            </w:pPr>
            <w:r>
              <w:t>2</w:t>
            </w:r>
          </w:p>
        </w:tc>
        <w:tc>
          <w:tcPr>
            <w:tcW w:w="2788" w:type="dxa"/>
          </w:tcPr>
          <w:p w14:paraId="4DEA59FF" w14:textId="77777777" w:rsidR="00E026F5" w:rsidRDefault="00E026F5"/>
        </w:tc>
        <w:tc>
          <w:tcPr>
            <w:tcW w:w="1276" w:type="dxa"/>
          </w:tcPr>
          <w:p w14:paraId="328B5957" w14:textId="77777777" w:rsidR="00E026F5" w:rsidRDefault="00E026F5"/>
        </w:tc>
        <w:tc>
          <w:tcPr>
            <w:tcW w:w="3617" w:type="dxa"/>
          </w:tcPr>
          <w:p w14:paraId="26EF1FF2" w14:textId="77777777" w:rsidR="00E026F5" w:rsidRDefault="00E026F5"/>
        </w:tc>
      </w:tr>
      <w:tr w:rsidR="00E026F5" w14:paraId="390B22C3" w14:textId="77777777" w:rsidTr="00B030E4">
        <w:trPr>
          <w:jc w:val="center"/>
        </w:trPr>
        <w:tc>
          <w:tcPr>
            <w:tcW w:w="1006" w:type="dxa"/>
          </w:tcPr>
          <w:p w14:paraId="7F70C622" w14:textId="77777777" w:rsidR="00E026F5" w:rsidRDefault="00000000" w:rsidP="0063506C">
            <w:pPr>
              <w:jc w:val="center"/>
            </w:pPr>
            <w:r>
              <w:t>3</w:t>
            </w:r>
          </w:p>
        </w:tc>
        <w:tc>
          <w:tcPr>
            <w:tcW w:w="2788" w:type="dxa"/>
          </w:tcPr>
          <w:p w14:paraId="246DF386" w14:textId="77777777" w:rsidR="00E026F5" w:rsidRDefault="00E026F5"/>
        </w:tc>
        <w:tc>
          <w:tcPr>
            <w:tcW w:w="1276" w:type="dxa"/>
          </w:tcPr>
          <w:p w14:paraId="2924282F" w14:textId="77777777" w:rsidR="00E026F5" w:rsidRDefault="00E026F5"/>
        </w:tc>
        <w:tc>
          <w:tcPr>
            <w:tcW w:w="3617" w:type="dxa"/>
          </w:tcPr>
          <w:p w14:paraId="6B265802" w14:textId="77777777" w:rsidR="00E026F5" w:rsidRDefault="00E026F5"/>
        </w:tc>
      </w:tr>
      <w:tr w:rsidR="00E026F5" w14:paraId="28340B28" w14:textId="77777777" w:rsidTr="00B030E4">
        <w:trPr>
          <w:jc w:val="center"/>
        </w:trPr>
        <w:tc>
          <w:tcPr>
            <w:tcW w:w="1006" w:type="dxa"/>
          </w:tcPr>
          <w:p w14:paraId="7B416B2D" w14:textId="77777777" w:rsidR="00E026F5" w:rsidRDefault="00000000" w:rsidP="0063506C">
            <w:pPr>
              <w:jc w:val="center"/>
            </w:pPr>
            <w:r>
              <w:t>4</w:t>
            </w:r>
          </w:p>
        </w:tc>
        <w:tc>
          <w:tcPr>
            <w:tcW w:w="2788" w:type="dxa"/>
          </w:tcPr>
          <w:p w14:paraId="17B9A379" w14:textId="77777777" w:rsidR="00E026F5" w:rsidRDefault="00E026F5"/>
        </w:tc>
        <w:tc>
          <w:tcPr>
            <w:tcW w:w="1276" w:type="dxa"/>
          </w:tcPr>
          <w:p w14:paraId="47C111D4" w14:textId="77777777" w:rsidR="00E026F5" w:rsidRDefault="00E026F5"/>
        </w:tc>
        <w:tc>
          <w:tcPr>
            <w:tcW w:w="3617" w:type="dxa"/>
          </w:tcPr>
          <w:p w14:paraId="54D5C6AF" w14:textId="77777777" w:rsidR="00E026F5" w:rsidRDefault="00E026F5"/>
        </w:tc>
      </w:tr>
      <w:tr w:rsidR="00E026F5" w14:paraId="58CE5FBC" w14:textId="77777777" w:rsidTr="00B030E4">
        <w:trPr>
          <w:jc w:val="center"/>
        </w:trPr>
        <w:tc>
          <w:tcPr>
            <w:tcW w:w="1006" w:type="dxa"/>
          </w:tcPr>
          <w:p w14:paraId="6F9CC05D" w14:textId="77777777" w:rsidR="00E026F5" w:rsidRDefault="00000000" w:rsidP="0063506C">
            <w:pPr>
              <w:jc w:val="center"/>
            </w:pPr>
            <w:r>
              <w:t>5</w:t>
            </w:r>
          </w:p>
        </w:tc>
        <w:tc>
          <w:tcPr>
            <w:tcW w:w="2788" w:type="dxa"/>
          </w:tcPr>
          <w:p w14:paraId="6B8CB0E2" w14:textId="77777777" w:rsidR="00E026F5" w:rsidRDefault="00E026F5"/>
        </w:tc>
        <w:tc>
          <w:tcPr>
            <w:tcW w:w="1276" w:type="dxa"/>
          </w:tcPr>
          <w:p w14:paraId="0F6ACD1C" w14:textId="77777777" w:rsidR="00E026F5" w:rsidRDefault="00E026F5"/>
        </w:tc>
        <w:tc>
          <w:tcPr>
            <w:tcW w:w="3617" w:type="dxa"/>
          </w:tcPr>
          <w:p w14:paraId="0F4B5A28" w14:textId="77777777" w:rsidR="00E026F5" w:rsidRDefault="00E026F5"/>
        </w:tc>
      </w:tr>
      <w:tr w:rsidR="00E026F5" w14:paraId="049EA863" w14:textId="77777777" w:rsidTr="00B030E4">
        <w:trPr>
          <w:jc w:val="center"/>
        </w:trPr>
        <w:tc>
          <w:tcPr>
            <w:tcW w:w="1006" w:type="dxa"/>
          </w:tcPr>
          <w:p w14:paraId="003B99C6" w14:textId="77777777" w:rsidR="00E026F5" w:rsidRDefault="00000000" w:rsidP="0063506C">
            <w:pPr>
              <w:jc w:val="center"/>
            </w:pPr>
            <w:r>
              <w:t>6</w:t>
            </w:r>
          </w:p>
        </w:tc>
        <w:tc>
          <w:tcPr>
            <w:tcW w:w="2788" w:type="dxa"/>
          </w:tcPr>
          <w:p w14:paraId="0986F8AE" w14:textId="77777777" w:rsidR="00E026F5" w:rsidRDefault="00E026F5"/>
        </w:tc>
        <w:tc>
          <w:tcPr>
            <w:tcW w:w="1276" w:type="dxa"/>
          </w:tcPr>
          <w:p w14:paraId="19FEE416" w14:textId="77777777" w:rsidR="00E026F5" w:rsidRDefault="00E026F5"/>
        </w:tc>
        <w:tc>
          <w:tcPr>
            <w:tcW w:w="3617" w:type="dxa"/>
          </w:tcPr>
          <w:p w14:paraId="6280DCAC" w14:textId="77777777" w:rsidR="00E026F5" w:rsidRDefault="00E026F5"/>
        </w:tc>
      </w:tr>
      <w:tr w:rsidR="00E026F5" w14:paraId="6CE3469F" w14:textId="77777777" w:rsidTr="00B030E4">
        <w:trPr>
          <w:jc w:val="center"/>
        </w:trPr>
        <w:tc>
          <w:tcPr>
            <w:tcW w:w="1006" w:type="dxa"/>
          </w:tcPr>
          <w:p w14:paraId="55AE9D5A" w14:textId="77777777" w:rsidR="00E026F5" w:rsidRDefault="00000000" w:rsidP="0063506C">
            <w:pPr>
              <w:jc w:val="center"/>
            </w:pPr>
            <w:r>
              <w:t>7</w:t>
            </w:r>
          </w:p>
        </w:tc>
        <w:tc>
          <w:tcPr>
            <w:tcW w:w="2788" w:type="dxa"/>
          </w:tcPr>
          <w:p w14:paraId="26D77929" w14:textId="77777777" w:rsidR="00E026F5" w:rsidRDefault="00E026F5"/>
        </w:tc>
        <w:tc>
          <w:tcPr>
            <w:tcW w:w="1276" w:type="dxa"/>
          </w:tcPr>
          <w:p w14:paraId="334FF037" w14:textId="77777777" w:rsidR="00E026F5" w:rsidRDefault="00E026F5"/>
        </w:tc>
        <w:tc>
          <w:tcPr>
            <w:tcW w:w="3617" w:type="dxa"/>
          </w:tcPr>
          <w:p w14:paraId="1CBF2B0D" w14:textId="77777777" w:rsidR="00E026F5" w:rsidRDefault="00E026F5"/>
        </w:tc>
      </w:tr>
      <w:tr w:rsidR="00E026F5" w14:paraId="7121C0A4" w14:textId="77777777" w:rsidTr="00B030E4">
        <w:trPr>
          <w:jc w:val="center"/>
        </w:trPr>
        <w:tc>
          <w:tcPr>
            <w:tcW w:w="1006" w:type="dxa"/>
          </w:tcPr>
          <w:p w14:paraId="661924BD" w14:textId="77777777" w:rsidR="00E026F5" w:rsidRDefault="00000000" w:rsidP="0063506C">
            <w:pPr>
              <w:jc w:val="center"/>
            </w:pPr>
            <w:r>
              <w:t>8</w:t>
            </w:r>
          </w:p>
        </w:tc>
        <w:tc>
          <w:tcPr>
            <w:tcW w:w="2788" w:type="dxa"/>
          </w:tcPr>
          <w:p w14:paraId="6DA364E9" w14:textId="77777777" w:rsidR="00E026F5" w:rsidRDefault="00E026F5"/>
        </w:tc>
        <w:tc>
          <w:tcPr>
            <w:tcW w:w="1276" w:type="dxa"/>
          </w:tcPr>
          <w:p w14:paraId="30634152" w14:textId="77777777" w:rsidR="00E026F5" w:rsidRDefault="00E026F5"/>
        </w:tc>
        <w:tc>
          <w:tcPr>
            <w:tcW w:w="3617" w:type="dxa"/>
          </w:tcPr>
          <w:p w14:paraId="6ACDB83C" w14:textId="77777777" w:rsidR="00E026F5" w:rsidRDefault="00E026F5"/>
        </w:tc>
      </w:tr>
      <w:tr w:rsidR="00E026F5" w14:paraId="5D8C959C" w14:textId="77777777" w:rsidTr="00B030E4">
        <w:trPr>
          <w:jc w:val="center"/>
        </w:trPr>
        <w:tc>
          <w:tcPr>
            <w:tcW w:w="1006" w:type="dxa"/>
          </w:tcPr>
          <w:p w14:paraId="36E854AE" w14:textId="77777777" w:rsidR="00E026F5" w:rsidRDefault="00000000" w:rsidP="0063506C">
            <w:pPr>
              <w:jc w:val="center"/>
            </w:pPr>
            <w:r>
              <w:t>9</w:t>
            </w:r>
          </w:p>
        </w:tc>
        <w:tc>
          <w:tcPr>
            <w:tcW w:w="2788" w:type="dxa"/>
          </w:tcPr>
          <w:p w14:paraId="0A056FDB" w14:textId="77777777" w:rsidR="00E026F5" w:rsidRDefault="00E026F5"/>
        </w:tc>
        <w:tc>
          <w:tcPr>
            <w:tcW w:w="1276" w:type="dxa"/>
          </w:tcPr>
          <w:p w14:paraId="0DA0D378" w14:textId="77777777" w:rsidR="00E026F5" w:rsidRDefault="00E026F5"/>
        </w:tc>
        <w:tc>
          <w:tcPr>
            <w:tcW w:w="3617" w:type="dxa"/>
          </w:tcPr>
          <w:p w14:paraId="6DDD4AD4" w14:textId="77777777" w:rsidR="00E026F5" w:rsidRDefault="00E026F5"/>
        </w:tc>
      </w:tr>
      <w:tr w:rsidR="00E026F5" w14:paraId="0A1D4CC5" w14:textId="77777777" w:rsidTr="00B030E4">
        <w:trPr>
          <w:jc w:val="center"/>
        </w:trPr>
        <w:tc>
          <w:tcPr>
            <w:tcW w:w="1006" w:type="dxa"/>
          </w:tcPr>
          <w:p w14:paraId="75545F67" w14:textId="77777777" w:rsidR="00E026F5" w:rsidRDefault="00000000" w:rsidP="0063506C">
            <w:pPr>
              <w:jc w:val="center"/>
            </w:pPr>
            <w:r>
              <w:t>10</w:t>
            </w:r>
          </w:p>
        </w:tc>
        <w:tc>
          <w:tcPr>
            <w:tcW w:w="2788" w:type="dxa"/>
          </w:tcPr>
          <w:p w14:paraId="40DCFB89" w14:textId="77777777" w:rsidR="00E026F5" w:rsidRDefault="00E026F5"/>
        </w:tc>
        <w:tc>
          <w:tcPr>
            <w:tcW w:w="1276" w:type="dxa"/>
          </w:tcPr>
          <w:p w14:paraId="78AAA031" w14:textId="77777777" w:rsidR="00E026F5" w:rsidRDefault="00E026F5"/>
        </w:tc>
        <w:tc>
          <w:tcPr>
            <w:tcW w:w="3617" w:type="dxa"/>
          </w:tcPr>
          <w:p w14:paraId="44D06772" w14:textId="77777777" w:rsidR="00E026F5" w:rsidRDefault="00E026F5"/>
        </w:tc>
      </w:tr>
      <w:tr w:rsidR="00E026F5" w14:paraId="3A173406" w14:textId="77777777" w:rsidTr="00B030E4">
        <w:trPr>
          <w:jc w:val="center"/>
        </w:trPr>
        <w:tc>
          <w:tcPr>
            <w:tcW w:w="1006" w:type="dxa"/>
          </w:tcPr>
          <w:p w14:paraId="2116D891" w14:textId="77777777" w:rsidR="00E026F5" w:rsidRDefault="00000000" w:rsidP="0063506C">
            <w:pPr>
              <w:jc w:val="center"/>
            </w:pPr>
            <w:r>
              <w:t>11</w:t>
            </w:r>
          </w:p>
        </w:tc>
        <w:tc>
          <w:tcPr>
            <w:tcW w:w="2788" w:type="dxa"/>
          </w:tcPr>
          <w:p w14:paraId="047EF298" w14:textId="77777777" w:rsidR="00E026F5" w:rsidRDefault="00E026F5"/>
        </w:tc>
        <w:tc>
          <w:tcPr>
            <w:tcW w:w="1276" w:type="dxa"/>
          </w:tcPr>
          <w:p w14:paraId="152D6260" w14:textId="77777777" w:rsidR="00E026F5" w:rsidRDefault="00E026F5"/>
        </w:tc>
        <w:tc>
          <w:tcPr>
            <w:tcW w:w="3617" w:type="dxa"/>
          </w:tcPr>
          <w:p w14:paraId="0923B659" w14:textId="77777777" w:rsidR="00E026F5" w:rsidRDefault="00E026F5"/>
        </w:tc>
      </w:tr>
      <w:tr w:rsidR="00E026F5" w14:paraId="5CD94D43" w14:textId="77777777" w:rsidTr="00B030E4">
        <w:trPr>
          <w:jc w:val="center"/>
        </w:trPr>
        <w:tc>
          <w:tcPr>
            <w:tcW w:w="1006" w:type="dxa"/>
          </w:tcPr>
          <w:p w14:paraId="27338CCB" w14:textId="77777777" w:rsidR="00E026F5" w:rsidRDefault="00000000" w:rsidP="0063506C">
            <w:pPr>
              <w:jc w:val="center"/>
            </w:pPr>
            <w:r>
              <w:t>12</w:t>
            </w:r>
          </w:p>
        </w:tc>
        <w:tc>
          <w:tcPr>
            <w:tcW w:w="2788" w:type="dxa"/>
          </w:tcPr>
          <w:p w14:paraId="7FAD0D93" w14:textId="77777777" w:rsidR="00E026F5" w:rsidRDefault="00E026F5"/>
        </w:tc>
        <w:tc>
          <w:tcPr>
            <w:tcW w:w="1276" w:type="dxa"/>
          </w:tcPr>
          <w:p w14:paraId="2CEECBB2" w14:textId="77777777" w:rsidR="00E026F5" w:rsidRDefault="00E026F5"/>
        </w:tc>
        <w:tc>
          <w:tcPr>
            <w:tcW w:w="3617" w:type="dxa"/>
          </w:tcPr>
          <w:p w14:paraId="600938EA" w14:textId="77777777" w:rsidR="00E026F5" w:rsidRDefault="00E026F5"/>
        </w:tc>
      </w:tr>
    </w:tbl>
    <w:p w14:paraId="4E91DAE4" w14:textId="77777777" w:rsidR="00992F34" w:rsidRDefault="00000000">
      <w:pPr>
        <w:rPr>
          <w:b/>
          <w:sz w:val="24"/>
        </w:rPr>
      </w:pPr>
      <w:r>
        <w:rPr>
          <w:b/>
          <w:sz w:val="24"/>
        </w:rPr>
        <w:br/>
      </w:r>
    </w:p>
    <w:p w14:paraId="1775DE88" w14:textId="7359940E" w:rsidR="00E026F5" w:rsidRDefault="00000000">
      <w:r>
        <w:rPr>
          <w:b/>
          <w:sz w:val="24"/>
        </w:rPr>
        <w:lastRenderedPageBreak/>
        <w:t>VI. DECLARACIÓN JURADA</w:t>
      </w:r>
    </w:p>
    <w:p w14:paraId="1FE6BD0F" w14:textId="77777777" w:rsidR="00E026F5" w:rsidRPr="0063506C" w:rsidRDefault="00000000" w:rsidP="00992F34">
      <w:pPr>
        <w:jc w:val="both"/>
        <w:rPr>
          <w:lang w:val="es-CL"/>
        </w:rPr>
      </w:pPr>
      <w:r w:rsidRPr="0063506C">
        <w:rPr>
          <w:sz w:val="21"/>
          <w:lang w:val="es-CL"/>
        </w:rPr>
        <w:t>Declaro que la información entregada en el presente Formulario Único de Jerarquización Docente es veraz, completa y comprobable. Autorizo a la Universidad de Aconcagua a verificar los antecedentes y evidencias presentadas, conforme a la normativa institucional vigente.</w:t>
      </w:r>
    </w:p>
    <w:p w14:paraId="71EF9E05" w14:textId="77777777" w:rsidR="00E026F5" w:rsidRPr="0063506C" w:rsidRDefault="00000000" w:rsidP="00992F34">
      <w:pPr>
        <w:jc w:val="both"/>
        <w:rPr>
          <w:lang w:val="es-CL"/>
        </w:rPr>
      </w:pPr>
      <w:r w:rsidRPr="0063506C">
        <w:rPr>
          <w:sz w:val="21"/>
          <w:lang w:val="es-CL"/>
        </w:rPr>
        <w:br/>
        <w:t>Nombre y firma del/de la postulante: ________________________________</w:t>
      </w:r>
    </w:p>
    <w:p w14:paraId="108E2127" w14:textId="77777777" w:rsidR="00E026F5" w:rsidRDefault="00000000" w:rsidP="00992F34">
      <w:pPr>
        <w:jc w:val="both"/>
        <w:rPr>
          <w:sz w:val="21"/>
        </w:rPr>
      </w:pPr>
      <w:proofErr w:type="spellStart"/>
      <w:r>
        <w:rPr>
          <w:sz w:val="21"/>
        </w:rPr>
        <w:t>Fecha</w:t>
      </w:r>
      <w:proofErr w:type="spellEnd"/>
      <w:r>
        <w:rPr>
          <w:sz w:val="21"/>
        </w:rPr>
        <w:t>: ____________________</w:t>
      </w:r>
    </w:p>
    <w:p w14:paraId="3E14B8A6" w14:textId="369B3261" w:rsidR="009503CE" w:rsidRDefault="009503CE" w:rsidP="00992F34">
      <w:pPr>
        <w:jc w:val="both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88B6D" wp14:editId="469EB70B">
                <wp:simplePos x="0" y="0"/>
                <wp:positionH relativeFrom="column">
                  <wp:posOffset>-44450</wp:posOffset>
                </wp:positionH>
                <wp:positionV relativeFrom="paragraph">
                  <wp:posOffset>275161</wp:posOffset>
                </wp:positionV>
                <wp:extent cx="5581540" cy="609930"/>
                <wp:effectExtent l="57150" t="19050" r="76835" b="95250"/>
                <wp:wrapNone/>
                <wp:docPr id="55535544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540" cy="6099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1C9697" id="Rectángulo: esquinas redondeadas 1" o:spid="_x0000_s1026" style="position:absolute;margin-left:-3.5pt;margin-top:21.65pt;width:439.5pt;height:48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" filled="f" strokecolor="#002060">
                <v:shadow on="t" color="black" opacity="22937f" origin=",.5" offset="0,.63889mm"/>
              </v:roundrect>
            </w:pict>
          </mc:Fallback>
        </mc:AlternateContent>
      </w:r>
    </w:p>
    <w:p w14:paraId="61FE3871" w14:textId="40696E70" w:rsidR="009503CE" w:rsidRPr="009503CE" w:rsidRDefault="009503CE" w:rsidP="00992F34">
      <w:pPr>
        <w:jc w:val="both"/>
        <w:rPr>
          <w:lang w:val="es-CL"/>
        </w:rPr>
      </w:pPr>
      <w:r w:rsidRPr="009503CE">
        <w:rPr>
          <w:b/>
          <w:bCs/>
          <w:sz w:val="21"/>
          <w:lang w:val="es-CL"/>
        </w:rPr>
        <w:t>Nota:</w:t>
      </w:r>
      <w:r w:rsidRPr="009503CE">
        <w:rPr>
          <w:sz w:val="21"/>
          <w:lang w:val="es-CL"/>
        </w:rPr>
        <w:t xml:space="preserve"> El FUJD debe enviarse a</w:t>
      </w:r>
      <w:r>
        <w:rPr>
          <w:sz w:val="21"/>
          <w:lang w:val="es-CL"/>
        </w:rPr>
        <w:t xml:space="preserve"> </w:t>
      </w:r>
      <w:hyperlink r:id="rId8" w:history="1">
        <w:r w:rsidRPr="0093172E">
          <w:rPr>
            <w:rStyle w:val="Hipervnculo"/>
            <w:sz w:val="21"/>
            <w:lang w:val="es-CL"/>
          </w:rPr>
          <w:t>perfeccionamiento.docente</w:t>
        </w:r>
        <w:r w:rsidRPr="0093172E">
          <w:rPr>
            <w:rStyle w:val="Hipervnculo"/>
            <w:sz w:val="21"/>
            <w:lang w:val="es-CL"/>
          </w:rPr>
          <w:t>@</w:t>
        </w:r>
        <w:r w:rsidRPr="0093172E">
          <w:rPr>
            <w:rStyle w:val="Hipervnculo"/>
            <w:sz w:val="21"/>
            <w:lang w:val="es-CL"/>
          </w:rPr>
          <w:t>uaconcagua.cl</w:t>
        </w:r>
      </w:hyperlink>
      <w:r>
        <w:rPr>
          <w:sz w:val="21"/>
          <w:lang w:val="es-CL"/>
        </w:rPr>
        <w:t xml:space="preserve"> con el asunto </w:t>
      </w:r>
      <w:r>
        <w:rPr>
          <w:sz w:val="21"/>
          <w:highlight w:val="yellow"/>
          <w:lang w:val="es-CL"/>
        </w:rPr>
        <w:t xml:space="preserve">Proceso </w:t>
      </w:r>
      <w:r w:rsidRPr="009503CE">
        <w:rPr>
          <w:sz w:val="21"/>
          <w:highlight w:val="yellow"/>
          <w:lang w:val="es-CL"/>
        </w:rPr>
        <w:t>Jerarquización 2026, Sede________,</w:t>
      </w:r>
      <w:r>
        <w:rPr>
          <w:sz w:val="21"/>
          <w:lang w:val="es-CL"/>
        </w:rPr>
        <w:t xml:space="preserve"> con copia a la </w:t>
      </w:r>
      <w:r w:rsidRPr="009503CE">
        <w:rPr>
          <w:sz w:val="21"/>
          <w:highlight w:val="yellow"/>
          <w:lang w:val="es-CL"/>
        </w:rPr>
        <w:t xml:space="preserve">Dirección Académica </w:t>
      </w:r>
      <w:r>
        <w:rPr>
          <w:sz w:val="21"/>
          <w:highlight w:val="yellow"/>
          <w:lang w:val="es-CL"/>
        </w:rPr>
        <w:t xml:space="preserve">de Sede </w:t>
      </w:r>
      <w:r w:rsidRPr="009503CE">
        <w:rPr>
          <w:sz w:val="21"/>
          <w:highlight w:val="yellow"/>
          <w:lang w:val="es-CL"/>
        </w:rPr>
        <w:t>(DAS)</w:t>
      </w:r>
      <w:r>
        <w:rPr>
          <w:sz w:val="21"/>
          <w:highlight w:val="yellow"/>
          <w:lang w:val="es-CL"/>
        </w:rPr>
        <w:t xml:space="preserve"> c</w:t>
      </w:r>
      <w:r w:rsidRPr="009503CE">
        <w:rPr>
          <w:sz w:val="21"/>
          <w:highlight w:val="yellow"/>
          <w:lang w:val="es-CL"/>
        </w:rPr>
        <w:t>orrespondiente,</w:t>
      </w:r>
      <w:r>
        <w:rPr>
          <w:sz w:val="21"/>
          <w:lang w:val="es-CL"/>
        </w:rPr>
        <w:t xml:space="preserve"> dentro del plazo estipulado por la Universidad. </w:t>
      </w:r>
    </w:p>
    <w:sectPr w:rsidR="009503CE" w:rsidRPr="009503CE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F0290" w14:textId="77777777" w:rsidR="006433BB" w:rsidRDefault="006433BB" w:rsidP="00AC57EE">
      <w:pPr>
        <w:spacing w:after="0" w:line="240" w:lineRule="auto"/>
      </w:pPr>
      <w:r>
        <w:separator/>
      </w:r>
    </w:p>
  </w:endnote>
  <w:endnote w:type="continuationSeparator" w:id="0">
    <w:p w14:paraId="4D2DDBCC" w14:textId="77777777" w:rsidR="006433BB" w:rsidRDefault="006433BB" w:rsidP="00AC5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2C3D" w14:textId="77777777" w:rsidR="00AC57EE" w:rsidRPr="00B05E42" w:rsidRDefault="00AC57EE" w:rsidP="00AC57EE">
    <w:pPr>
      <w:pStyle w:val="Piedepgina"/>
      <w:jc w:val="center"/>
      <w:rPr>
        <w:rFonts w:ascii="Garamond" w:hAnsi="Garamond"/>
        <w:lang w:val="es-ES"/>
      </w:rPr>
    </w:pPr>
    <w:r w:rsidRPr="00B05E42">
      <w:rPr>
        <w:rFonts w:ascii="Garamond" w:hAnsi="Garamond"/>
        <w:lang w:val="es-ES"/>
      </w:rPr>
      <w:t>Subdirección de Desarrollo Docente e Innovación Educativa</w:t>
    </w:r>
  </w:p>
  <w:p w14:paraId="31820AC3" w14:textId="77777777" w:rsidR="00AC57EE" w:rsidRPr="00AC57EE" w:rsidRDefault="00AC57EE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0D6D" w14:textId="77777777" w:rsidR="006433BB" w:rsidRDefault="006433BB" w:rsidP="00AC57EE">
      <w:pPr>
        <w:spacing w:after="0" w:line="240" w:lineRule="auto"/>
      </w:pPr>
      <w:r>
        <w:separator/>
      </w:r>
    </w:p>
  </w:footnote>
  <w:footnote w:type="continuationSeparator" w:id="0">
    <w:p w14:paraId="7334FA36" w14:textId="77777777" w:rsidR="006433BB" w:rsidRDefault="006433BB" w:rsidP="00AC5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00D5" w14:textId="542C26B6" w:rsidR="00AC57EE" w:rsidRDefault="00AC57EE">
    <w:pPr>
      <w:pStyle w:val="Encabezado"/>
    </w:pPr>
    <w:r>
      <w:rPr>
        <w:noProof/>
      </w:rPr>
      <w:drawing>
        <wp:inline distT="0" distB="0" distL="0" distR="0" wp14:anchorId="360BD0F9" wp14:editId="7E5CBD37">
          <wp:extent cx="1569903" cy="542925"/>
          <wp:effectExtent l="0" t="0" r="0" b="0"/>
          <wp:docPr id="895995032" name="Imagen 89599503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183024" name="Imagen 530183024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903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 wp14:anchorId="596048F6" wp14:editId="5DDBDFBB">
          <wp:extent cx="1724025" cy="542925"/>
          <wp:effectExtent l="0" t="0" r="0" b="0"/>
          <wp:docPr id="1430083469" name="Imagen 1430083469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747197" name="Imagen 1893747197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A62864"/>
    <w:multiLevelType w:val="hybridMultilevel"/>
    <w:tmpl w:val="9ED25FD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0204A"/>
    <w:multiLevelType w:val="hybridMultilevel"/>
    <w:tmpl w:val="D1124A8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938350">
    <w:abstractNumId w:val="8"/>
  </w:num>
  <w:num w:numId="2" w16cid:durableId="1012075829">
    <w:abstractNumId w:val="6"/>
  </w:num>
  <w:num w:numId="3" w16cid:durableId="507210867">
    <w:abstractNumId w:val="5"/>
  </w:num>
  <w:num w:numId="4" w16cid:durableId="624965719">
    <w:abstractNumId w:val="4"/>
  </w:num>
  <w:num w:numId="5" w16cid:durableId="1220478319">
    <w:abstractNumId w:val="7"/>
  </w:num>
  <w:num w:numId="6" w16cid:durableId="1548253358">
    <w:abstractNumId w:val="3"/>
  </w:num>
  <w:num w:numId="7" w16cid:durableId="1643997924">
    <w:abstractNumId w:val="2"/>
  </w:num>
  <w:num w:numId="8" w16cid:durableId="1750149797">
    <w:abstractNumId w:val="1"/>
  </w:num>
  <w:num w:numId="9" w16cid:durableId="1398628636">
    <w:abstractNumId w:val="0"/>
  </w:num>
  <w:num w:numId="10" w16cid:durableId="1467426921">
    <w:abstractNumId w:val="10"/>
  </w:num>
  <w:num w:numId="11" w16cid:durableId="5404370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D9"/>
    <w:rsid w:val="00034616"/>
    <w:rsid w:val="0006063C"/>
    <w:rsid w:val="0015074B"/>
    <w:rsid w:val="0018475E"/>
    <w:rsid w:val="0029639D"/>
    <w:rsid w:val="00326F90"/>
    <w:rsid w:val="003C640A"/>
    <w:rsid w:val="0063506C"/>
    <w:rsid w:val="006433BB"/>
    <w:rsid w:val="006939CD"/>
    <w:rsid w:val="008A2254"/>
    <w:rsid w:val="009503CE"/>
    <w:rsid w:val="00992F34"/>
    <w:rsid w:val="00AA1D8D"/>
    <w:rsid w:val="00AC57EE"/>
    <w:rsid w:val="00B030E4"/>
    <w:rsid w:val="00B47730"/>
    <w:rsid w:val="00B6228C"/>
    <w:rsid w:val="00CB0664"/>
    <w:rsid w:val="00E026F5"/>
    <w:rsid w:val="00ED38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F4D33"/>
  <w14:defaultImageDpi w14:val="300"/>
  <w15:docId w15:val="{7BD6DE72-49F0-44B0-BF1F-ADA0D3EC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9503C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0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feccionamiento.docente@uaconcagua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982</Words>
  <Characters>5407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Felipe Eduardo Figueroa Carcamo</cp:lastModifiedBy>
  <cp:revision>8</cp:revision>
  <dcterms:created xsi:type="dcterms:W3CDTF">2013-12-23T23:15:00Z</dcterms:created>
  <dcterms:modified xsi:type="dcterms:W3CDTF">2026-01-22T15:52:00Z</dcterms:modified>
  <cp:category/>
</cp:coreProperties>
</file>